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CB436" w14:textId="77777777" w:rsidR="008D5BDF" w:rsidRDefault="00000000">
      <w:pPr>
        <w:pStyle w:val="Title"/>
        <w:spacing w:after="80"/>
        <w:jc w:val="center"/>
      </w:pPr>
      <w:r>
        <w:rPr>
          <w:rFonts w:ascii="Aptos" w:hAnsi="Aptos"/>
          <w:b/>
          <w:sz w:val="36"/>
        </w:rPr>
        <w:t>2026 Fall Leadership Conference Advisor Packet</w:t>
      </w:r>
    </w:p>
    <w:p w14:paraId="2EEA40A1" w14:textId="77777777" w:rsidR="008D5BDF" w:rsidRDefault="00000000">
      <w:pPr>
        <w:spacing w:after="240"/>
        <w:jc w:val="center"/>
      </w:pPr>
      <w:r>
        <w:rPr>
          <w:color w:val="444444"/>
          <w:sz w:val="21"/>
        </w:rPr>
        <w:t>November 16 and 17 2026 | Hilton Baton Rouge Capitol Center</w:t>
      </w:r>
    </w:p>
    <w:p w14:paraId="6BBE1F20" w14:textId="77777777" w:rsidR="008D5BDF" w:rsidRPr="00526AAA" w:rsidRDefault="00000000">
      <w:pPr>
        <w:spacing w:after="160"/>
        <w:rPr>
          <w:sz w:val="22"/>
          <w:szCs w:val="24"/>
        </w:rPr>
      </w:pPr>
      <w:r w:rsidRPr="00526AAA">
        <w:rPr>
          <w:sz w:val="22"/>
          <w:szCs w:val="24"/>
        </w:rPr>
        <w:t>October 1, 2026</w:t>
      </w:r>
    </w:p>
    <w:p w14:paraId="77BD0921" w14:textId="77777777" w:rsidR="008D5BDF" w:rsidRPr="00526AAA" w:rsidRDefault="00000000">
      <w:pPr>
        <w:spacing w:after="120" w:line="259" w:lineRule="auto"/>
        <w:rPr>
          <w:sz w:val="22"/>
          <w:szCs w:val="24"/>
        </w:rPr>
      </w:pPr>
      <w:r w:rsidRPr="00526AAA">
        <w:rPr>
          <w:sz w:val="22"/>
          <w:szCs w:val="24"/>
        </w:rPr>
        <w:t>Dear SkillsUSA Advisors, Sponsors, and Prospective Advisors,</w:t>
      </w:r>
    </w:p>
    <w:p w14:paraId="2A143698" w14:textId="77777777" w:rsidR="008D5BDF" w:rsidRPr="00526AAA" w:rsidRDefault="00000000">
      <w:pPr>
        <w:keepLines/>
        <w:spacing w:after="120" w:line="259" w:lineRule="auto"/>
        <w:rPr>
          <w:sz w:val="22"/>
          <w:szCs w:val="24"/>
        </w:rPr>
      </w:pPr>
      <w:r w:rsidRPr="00526AAA">
        <w:rPr>
          <w:sz w:val="22"/>
          <w:szCs w:val="24"/>
        </w:rPr>
        <w:t>SkillsUSA Louisiana invites chapter officers, student leaders, advisors, and prospective chapters to the 2026 Fall Leadership Conference in Baton Rouge. The conference will provide practical leadership training that students can use to strengthen their local chapters and serve their schools.</w:t>
      </w:r>
    </w:p>
    <w:p w14:paraId="647F2595" w14:textId="77777777" w:rsidR="008D5BDF" w:rsidRPr="00526AAA" w:rsidRDefault="00000000">
      <w:pPr>
        <w:keepLines/>
        <w:spacing w:after="120" w:line="259" w:lineRule="auto"/>
        <w:rPr>
          <w:sz w:val="22"/>
          <w:szCs w:val="24"/>
        </w:rPr>
      </w:pPr>
      <w:r w:rsidRPr="00526AAA">
        <w:rPr>
          <w:sz w:val="22"/>
          <w:szCs w:val="24"/>
        </w:rPr>
        <w:t xml:space="preserve">Please </w:t>
      </w:r>
      <w:r w:rsidRPr="00526AAA">
        <w:rPr>
          <w:sz w:val="22"/>
          <w:szCs w:val="24"/>
          <w:u w:val="single"/>
        </w:rPr>
        <w:t>register participants by November 6, reserve hotel rooms by November 3</w:t>
      </w:r>
      <w:r w:rsidRPr="00526AAA">
        <w:rPr>
          <w:sz w:val="22"/>
          <w:szCs w:val="24"/>
        </w:rPr>
        <w:t>, and review the enclosed registration, payment, supervision, and medical-release requirements. We look forward to helping your students build stronger leadership skills and return home prepared to lead.</w:t>
      </w:r>
    </w:p>
    <w:p w14:paraId="7CD1A017" w14:textId="77777777" w:rsidR="008D5BDF" w:rsidRPr="00526AAA" w:rsidRDefault="00000000">
      <w:pPr>
        <w:pStyle w:val="Heading1"/>
        <w:spacing w:before="200" w:after="80"/>
        <w:rPr>
          <w:sz w:val="32"/>
          <w:szCs w:val="32"/>
        </w:rPr>
      </w:pPr>
      <w:r w:rsidRPr="00526AAA">
        <w:rPr>
          <w:rFonts w:ascii="Aptos" w:hAnsi="Aptos"/>
          <w:szCs w:val="32"/>
        </w:rPr>
        <w:t>Advisor Action Checklist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6984"/>
      </w:tblGrid>
      <w:tr w:rsidR="008D5BDF" w:rsidRPr="00526AAA" w14:paraId="01EFAA08" w14:textId="77777777">
        <w:trPr>
          <w:tblHeader/>
          <w:jc w:val="center"/>
        </w:trPr>
        <w:tc>
          <w:tcPr>
            <w:tcW w:w="10080" w:type="dxa"/>
            <w:gridSpan w:val="2"/>
            <w:shd w:val="clear" w:color="auto" w:fill="005B8E"/>
          </w:tcPr>
          <w:p w14:paraId="10F77FD4" w14:textId="77777777" w:rsidR="008D5BDF" w:rsidRPr="00526AAA" w:rsidRDefault="00000000">
            <w:pPr>
              <w:rPr>
                <w:sz w:val="22"/>
                <w:szCs w:val="24"/>
              </w:rPr>
            </w:pPr>
            <w:r w:rsidRPr="00526AAA">
              <w:rPr>
                <w:b/>
                <w:color w:val="FFFFFF"/>
                <w:sz w:val="22"/>
                <w:szCs w:val="24"/>
              </w:rPr>
              <w:t>Required Actions</w:t>
            </w:r>
          </w:p>
        </w:tc>
      </w:tr>
      <w:tr w:rsidR="008D5BDF" w:rsidRPr="00526AAA" w14:paraId="22049367" w14:textId="77777777">
        <w:trPr>
          <w:cantSplit/>
          <w:jc w:val="center"/>
        </w:trPr>
        <w:tc>
          <w:tcPr>
            <w:tcW w:w="3096" w:type="dxa"/>
            <w:tcMar>
              <w:top w:w="70" w:type="dxa"/>
              <w:left w:w="120" w:type="dxa"/>
              <w:bottom w:w="70" w:type="dxa"/>
              <w:right w:w="120" w:type="dxa"/>
            </w:tcMar>
            <w:vAlign w:val="center"/>
          </w:tcPr>
          <w:p w14:paraId="625AA95B" w14:textId="77777777" w:rsidR="008D5BDF" w:rsidRPr="00526AAA" w:rsidRDefault="00000000">
            <w:pPr>
              <w:spacing w:after="0"/>
              <w:rPr>
                <w:sz w:val="22"/>
                <w:szCs w:val="24"/>
              </w:rPr>
            </w:pPr>
            <w:r w:rsidRPr="00526AAA">
              <w:rPr>
                <w:b/>
                <w:szCs w:val="24"/>
              </w:rPr>
              <w:t>By November 3</w:t>
            </w:r>
          </w:p>
        </w:tc>
        <w:tc>
          <w:tcPr>
            <w:tcW w:w="6984" w:type="dxa"/>
            <w:tcMar>
              <w:top w:w="70" w:type="dxa"/>
              <w:left w:w="120" w:type="dxa"/>
              <w:bottom w:w="70" w:type="dxa"/>
              <w:right w:w="120" w:type="dxa"/>
            </w:tcMar>
            <w:vAlign w:val="center"/>
          </w:tcPr>
          <w:p w14:paraId="4B1FE798" w14:textId="77777777" w:rsidR="008D5BDF" w:rsidRPr="00526AAA" w:rsidRDefault="00000000">
            <w:pPr>
              <w:spacing w:after="0"/>
              <w:rPr>
                <w:sz w:val="22"/>
                <w:szCs w:val="24"/>
              </w:rPr>
            </w:pPr>
            <w:r w:rsidRPr="00526AAA">
              <w:rPr>
                <w:szCs w:val="24"/>
              </w:rPr>
              <w:t>Reserve rooms at the Hilton Baton Rouge Capitol Center using the SkillsUSA Louisiana group rate.</w:t>
            </w:r>
          </w:p>
        </w:tc>
      </w:tr>
      <w:tr w:rsidR="008D5BDF" w:rsidRPr="00526AAA" w14:paraId="754363C3" w14:textId="77777777">
        <w:trPr>
          <w:cantSplit/>
          <w:jc w:val="center"/>
        </w:trPr>
        <w:tc>
          <w:tcPr>
            <w:tcW w:w="3096" w:type="dxa"/>
            <w:shd w:val="clear" w:color="auto" w:fill="F5F7F9"/>
            <w:tcMar>
              <w:top w:w="70" w:type="dxa"/>
              <w:left w:w="120" w:type="dxa"/>
              <w:bottom w:w="70" w:type="dxa"/>
              <w:right w:w="120" w:type="dxa"/>
            </w:tcMar>
            <w:vAlign w:val="center"/>
          </w:tcPr>
          <w:p w14:paraId="2497A073" w14:textId="77777777" w:rsidR="008D5BDF" w:rsidRPr="00526AAA" w:rsidRDefault="00000000">
            <w:pPr>
              <w:spacing w:after="0"/>
              <w:rPr>
                <w:sz w:val="22"/>
                <w:szCs w:val="24"/>
              </w:rPr>
            </w:pPr>
            <w:r w:rsidRPr="00526AAA">
              <w:rPr>
                <w:b/>
                <w:szCs w:val="24"/>
              </w:rPr>
              <w:t>By November 6</w:t>
            </w:r>
          </w:p>
        </w:tc>
        <w:tc>
          <w:tcPr>
            <w:tcW w:w="6984" w:type="dxa"/>
            <w:shd w:val="clear" w:color="auto" w:fill="F5F7F9"/>
            <w:tcMar>
              <w:top w:w="70" w:type="dxa"/>
              <w:left w:w="120" w:type="dxa"/>
              <w:bottom w:w="70" w:type="dxa"/>
              <w:right w:w="120" w:type="dxa"/>
            </w:tcMar>
            <w:vAlign w:val="center"/>
          </w:tcPr>
          <w:p w14:paraId="67F320EF" w14:textId="77777777" w:rsidR="008D5BDF" w:rsidRPr="00526AAA" w:rsidRDefault="00000000">
            <w:pPr>
              <w:spacing w:after="0"/>
              <w:rPr>
                <w:sz w:val="22"/>
                <w:szCs w:val="24"/>
              </w:rPr>
            </w:pPr>
            <w:r w:rsidRPr="00526AAA">
              <w:rPr>
                <w:szCs w:val="24"/>
              </w:rPr>
              <w:t>Register all students, advisors, nonmembers, and design contestants at www.skillsusa-register.org.</w:t>
            </w:r>
          </w:p>
        </w:tc>
      </w:tr>
      <w:tr w:rsidR="008D5BDF" w:rsidRPr="00526AAA" w14:paraId="05D054B9" w14:textId="77777777">
        <w:trPr>
          <w:cantSplit/>
          <w:jc w:val="center"/>
        </w:trPr>
        <w:tc>
          <w:tcPr>
            <w:tcW w:w="3096" w:type="dxa"/>
            <w:tcMar>
              <w:top w:w="70" w:type="dxa"/>
              <w:left w:w="120" w:type="dxa"/>
              <w:bottom w:w="70" w:type="dxa"/>
              <w:right w:w="120" w:type="dxa"/>
            </w:tcMar>
            <w:vAlign w:val="center"/>
          </w:tcPr>
          <w:p w14:paraId="3557221B" w14:textId="77777777" w:rsidR="008D5BDF" w:rsidRPr="00526AAA" w:rsidRDefault="00000000">
            <w:pPr>
              <w:spacing w:after="0"/>
              <w:rPr>
                <w:sz w:val="22"/>
                <w:szCs w:val="24"/>
              </w:rPr>
            </w:pPr>
            <w:r w:rsidRPr="00526AAA">
              <w:rPr>
                <w:b/>
                <w:szCs w:val="24"/>
              </w:rPr>
              <w:t>Before arrival</w:t>
            </w:r>
          </w:p>
        </w:tc>
        <w:tc>
          <w:tcPr>
            <w:tcW w:w="6984" w:type="dxa"/>
            <w:tcMar>
              <w:top w:w="70" w:type="dxa"/>
              <w:left w:w="120" w:type="dxa"/>
              <w:bottom w:w="70" w:type="dxa"/>
              <w:right w:w="120" w:type="dxa"/>
            </w:tcMar>
            <w:vAlign w:val="center"/>
          </w:tcPr>
          <w:p w14:paraId="6AC43FCC" w14:textId="77777777" w:rsidR="008D5BDF" w:rsidRPr="00526AAA" w:rsidRDefault="00000000">
            <w:pPr>
              <w:spacing w:after="0"/>
              <w:rPr>
                <w:sz w:val="22"/>
                <w:szCs w:val="24"/>
              </w:rPr>
            </w:pPr>
            <w:r w:rsidRPr="00526AAA">
              <w:rPr>
                <w:szCs w:val="24"/>
              </w:rPr>
              <w:t>Collect signed liability and medical release forms for every attendee and provide students with the current Code of Conduct.</w:t>
            </w:r>
          </w:p>
        </w:tc>
      </w:tr>
      <w:tr w:rsidR="008D5BDF" w:rsidRPr="00526AAA" w14:paraId="2529BDF6" w14:textId="77777777">
        <w:trPr>
          <w:cantSplit/>
          <w:jc w:val="center"/>
        </w:trPr>
        <w:tc>
          <w:tcPr>
            <w:tcW w:w="3096" w:type="dxa"/>
            <w:shd w:val="clear" w:color="auto" w:fill="F5F7F9"/>
            <w:tcMar>
              <w:top w:w="70" w:type="dxa"/>
              <w:left w:w="120" w:type="dxa"/>
              <w:bottom w:w="70" w:type="dxa"/>
              <w:right w:w="120" w:type="dxa"/>
            </w:tcMar>
            <w:vAlign w:val="center"/>
          </w:tcPr>
          <w:p w14:paraId="244EE7FE" w14:textId="77777777" w:rsidR="008D5BDF" w:rsidRPr="00526AAA" w:rsidRDefault="00000000">
            <w:pPr>
              <w:spacing w:after="0"/>
              <w:rPr>
                <w:sz w:val="22"/>
                <w:szCs w:val="24"/>
              </w:rPr>
            </w:pPr>
            <w:r w:rsidRPr="00526AAA">
              <w:rPr>
                <w:b/>
                <w:szCs w:val="24"/>
              </w:rPr>
              <w:t>Before arrival</w:t>
            </w:r>
          </w:p>
        </w:tc>
        <w:tc>
          <w:tcPr>
            <w:tcW w:w="6984" w:type="dxa"/>
            <w:shd w:val="clear" w:color="auto" w:fill="F5F7F9"/>
            <w:tcMar>
              <w:top w:w="70" w:type="dxa"/>
              <w:left w:w="120" w:type="dxa"/>
              <w:bottom w:w="70" w:type="dxa"/>
              <w:right w:w="120" w:type="dxa"/>
            </w:tcMar>
            <w:vAlign w:val="center"/>
          </w:tcPr>
          <w:p w14:paraId="0226CA41" w14:textId="77777777" w:rsidR="008D5BDF" w:rsidRPr="00526AAA" w:rsidRDefault="00000000">
            <w:pPr>
              <w:spacing w:after="0"/>
              <w:rPr>
                <w:sz w:val="22"/>
                <w:szCs w:val="24"/>
              </w:rPr>
            </w:pPr>
            <w:r w:rsidRPr="00526AAA">
              <w:rPr>
                <w:szCs w:val="24"/>
              </w:rPr>
              <w:t>Submit payment, an approved school purchase order, or bring payment to registration on Monday.</w:t>
            </w:r>
          </w:p>
        </w:tc>
      </w:tr>
      <w:tr w:rsidR="008D5BDF" w:rsidRPr="00526AAA" w14:paraId="2E3F722B" w14:textId="77777777">
        <w:trPr>
          <w:cantSplit/>
          <w:jc w:val="center"/>
        </w:trPr>
        <w:tc>
          <w:tcPr>
            <w:tcW w:w="3096" w:type="dxa"/>
            <w:tcMar>
              <w:top w:w="70" w:type="dxa"/>
              <w:left w:w="120" w:type="dxa"/>
              <w:bottom w:w="70" w:type="dxa"/>
              <w:right w:w="120" w:type="dxa"/>
            </w:tcMar>
            <w:vAlign w:val="center"/>
          </w:tcPr>
          <w:p w14:paraId="4D694F80" w14:textId="77777777" w:rsidR="008D5BDF" w:rsidRPr="00526AAA" w:rsidRDefault="00000000">
            <w:pPr>
              <w:spacing w:after="0"/>
              <w:rPr>
                <w:sz w:val="22"/>
                <w:szCs w:val="24"/>
              </w:rPr>
            </w:pPr>
            <w:r w:rsidRPr="00526AAA">
              <w:rPr>
                <w:b/>
                <w:szCs w:val="24"/>
              </w:rPr>
              <w:t>Before arrival</w:t>
            </w:r>
          </w:p>
        </w:tc>
        <w:tc>
          <w:tcPr>
            <w:tcW w:w="6984" w:type="dxa"/>
            <w:tcMar>
              <w:top w:w="70" w:type="dxa"/>
              <w:left w:w="120" w:type="dxa"/>
              <w:bottom w:w="70" w:type="dxa"/>
              <w:right w:w="120" w:type="dxa"/>
            </w:tcMar>
            <w:vAlign w:val="center"/>
          </w:tcPr>
          <w:p w14:paraId="5C1BB6C4" w14:textId="77777777" w:rsidR="008D5BDF" w:rsidRPr="00526AAA" w:rsidRDefault="00000000">
            <w:pPr>
              <w:spacing w:after="0"/>
              <w:rPr>
                <w:sz w:val="22"/>
                <w:szCs w:val="24"/>
              </w:rPr>
            </w:pPr>
            <w:r w:rsidRPr="00526AAA">
              <w:rPr>
                <w:szCs w:val="24"/>
              </w:rPr>
              <w:t>Give Statesman Award participants the current study guide and conference instructions.</w:t>
            </w:r>
          </w:p>
        </w:tc>
      </w:tr>
    </w:tbl>
    <w:p w14:paraId="530BA3DA" w14:textId="77777777" w:rsidR="008D5BDF" w:rsidRPr="00526AAA" w:rsidRDefault="00000000">
      <w:pPr>
        <w:pStyle w:val="Heading1"/>
        <w:spacing w:before="200" w:after="80"/>
        <w:rPr>
          <w:sz w:val="32"/>
          <w:szCs w:val="32"/>
        </w:rPr>
      </w:pPr>
      <w:r w:rsidRPr="00526AAA">
        <w:rPr>
          <w:rFonts w:ascii="Aptos" w:hAnsi="Aptos"/>
          <w:szCs w:val="32"/>
        </w:rPr>
        <w:t>Conference Summary</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6984"/>
      </w:tblGrid>
      <w:tr w:rsidR="008D5BDF" w:rsidRPr="00526AAA" w14:paraId="2C605742" w14:textId="77777777">
        <w:trPr>
          <w:cantSplit/>
          <w:jc w:val="center"/>
        </w:trPr>
        <w:tc>
          <w:tcPr>
            <w:tcW w:w="3096" w:type="dxa"/>
            <w:tcMar>
              <w:top w:w="70" w:type="dxa"/>
              <w:left w:w="120" w:type="dxa"/>
              <w:bottom w:w="70" w:type="dxa"/>
              <w:right w:w="120" w:type="dxa"/>
            </w:tcMar>
            <w:vAlign w:val="center"/>
          </w:tcPr>
          <w:p w14:paraId="0099BFEF" w14:textId="77777777" w:rsidR="008D5BDF" w:rsidRPr="00526AAA" w:rsidRDefault="00000000">
            <w:pPr>
              <w:spacing w:after="0"/>
              <w:rPr>
                <w:sz w:val="22"/>
                <w:szCs w:val="24"/>
              </w:rPr>
            </w:pPr>
            <w:r w:rsidRPr="00526AAA">
              <w:rPr>
                <w:b/>
                <w:szCs w:val="24"/>
              </w:rPr>
              <w:t>Conference dates</w:t>
            </w:r>
          </w:p>
        </w:tc>
        <w:tc>
          <w:tcPr>
            <w:tcW w:w="6984" w:type="dxa"/>
            <w:tcMar>
              <w:top w:w="70" w:type="dxa"/>
              <w:left w:w="120" w:type="dxa"/>
              <w:bottom w:w="70" w:type="dxa"/>
              <w:right w:w="120" w:type="dxa"/>
            </w:tcMar>
            <w:vAlign w:val="center"/>
          </w:tcPr>
          <w:p w14:paraId="2564F038" w14:textId="77777777" w:rsidR="008D5BDF" w:rsidRPr="00526AAA" w:rsidRDefault="00000000">
            <w:pPr>
              <w:spacing w:after="0"/>
              <w:rPr>
                <w:sz w:val="22"/>
                <w:szCs w:val="24"/>
              </w:rPr>
            </w:pPr>
            <w:r w:rsidRPr="00526AAA">
              <w:rPr>
                <w:szCs w:val="24"/>
              </w:rPr>
              <w:t>Monday, November 16 through Tuesday, November 17, 2026</w:t>
            </w:r>
          </w:p>
        </w:tc>
      </w:tr>
      <w:tr w:rsidR="008D5BDF" w:rsidRPr="00526AAA" w14:paraId="3CE1BAB0" w14:textId="77777777">
        <w:trPr>
          <w:cantSplit/>
          <w:jc w:val="center"/>
        </w:trPr>
        <w:tc>
          <w:tcPr>
            <w:tcW w:w="3096" w:type="dxa"/>
            <w:shd w:val="clear" w:color="auto" w:fill="F5F7F9"/>
            <w:tcMar>
              <w:top w:w="70" w:type="dxa"/>
              <w:left w:w="120" w:type="dxa"/>
              <w:bottom w:w="70" w:type="dxa"/>
              <w:right w:w="120" w:type="dxa"/>
            </w:tcMar>
            <w:vAlign w:val="center"/>
          </w:tcPr>
          <w:p w14:paraId="070045D3" w14:textId="77777777" w:rsidR="008D5BDF" w:rsidRPr="00526AAA" w:rsidRDefault="00000000">
            <w:pPr>
              <w:spacing w:after="0"/>
              <w:rPr>
                <w:sz w:val="22"/>
                <w:szCs w:val="24"/>
              </w:rPr>
            </w:pPr>
            <w:r w:rsidRPr="00526AAA">
              <w:rPr>
                <w:b/>
                <w:szCs w:val="24"/>
              </w:rPr>
              <w:t>Location</w:t>
            </w:r>
          </w:p>
        </w:tc>
        <w:tc>
          <w:tcPr>
            <w:tcW w:w="6984" w:type="dxa"/>
            <w:shd w:val="clear" w:color="auto" w:fill="F5F7F9"/>
            <w:tcMar>
              <w:top w:w="70" w:type="dxa"/>
              <w:left w:w="120" w:type="dxa"/>
              <w:bottom w:w="70" w:type="dxa"/>
              <w:right w:w="120" w:type="dxa"/>
            </w:tcMar>
            <w:vAlign w:val="center"/>
          </w:tcPr>
          <w:p w14:paraId="30836C62" w14:textId="77777777" w:rsidR="008D5BDF" w:rsidRPr="00526AAA" w:rsidRDefault="00000000">
            <w:pPr>
              <w:spacing w:after="0"/>
              <w:rPr>
                <w:sz w:val="22"/>
                <w:szCs w:val="24"/>
              </w:rPr>
            </w:pPr>
            <w:r w:rsidRPr="00526AAA">
              <w:rPr>
                <w:szCs w:val="24"/>
              </w:rPr>
              <w:t>Hilton Baton Rouge Capitol Center, 201 Lafayette Street, Baton Rouge, LA 70801</w:t>
            </w:r>
          </w:p>
        </w:tc>
      </w:tr>
      <w:tr w:rsidR="008D5BDF" w:rsidRPr="00526AAA" w14:paraId="57B3D9A5" w14:textId="77777777">
        <w:trPr>
          <w:cantSplit/>
          <w:jc w:val="center"/>
        </w:trPr>
        <w:tc>
          <w:tcPr>
            <w:tcW w:w="3096" w:type="dxa"/>
            <w:tcMar>
              <w:top w:w="70" w:type="dxa"/>
              <w:left w:w="120" w:type="dxa"/>
              <w:bottom w:w="70" w:type="dxa"/>
              <w:right w:w="120" w:type="dxa"/>
            </w:tcMar>
            <w:vAlign w:val="center"/>
          </w:tcPr>
          <w:p w14:paraId="3AC3D448" w14:textId="77777777" w:rsidR="008D5BDF" w:rsidRPr="00526AAA" w:rsidRDefault="00000000">
            <w:pPr>
              <w:spacing w:after="0"/>
              <w:rPr>
                <w:sz w:val="22"/>
                <w:szCs w:val="24"/>
              </w:rPr>
            </w:pPr>
            <w:r w:rsidRPr="00526AAA">
              <w:rPr>
                <w:b/>
                <w:szCs w:val="24"/>
              </w:rPr>
              <w:t>Registration</w:t>
            </w:r>
          </w:p>
        </w:tc>
        <w:tc>
          <w:tcPr>
            <w:tcW w:w="6984" w:type="dxa"/>
            <w:tcMar>
              <w:top w:w="70" w:type="dxa"/>
              <w:left w:w="120" w:type="dxa"/>
              <w:bottom w:w="70" w:type="dxa"/>
              <w:right w:w="120" w:type="dxa"/>
            </w:tcMar>
            <w:vAlign w:val="center"/>
          </w:tcPr>
          <w:p w14:paraId="05B3A454" w14:textId="77777777" w:rsidR="008D5BDF" w:rsidRPr="00526AAA" w:rsidRDefault="00000000">
            <w:pPr>
              <w:spacing w:after="0"/>
              <w:rPr>
                <w:sz w:val="22"/>
                <w:szCs w:val="24"/>
              </w:rPr>
            </w:pPr>
            <w:r w:rsidRPr="00526AAA">
              <w:rPr>
                <w:szCs w:val="24"/>
              </w:rPr>
              <w:t>$100 per participant; due November 6; $10 late fee per registrant</w:t>
            </w:r>
          </w:p>
        </w:tc>
      </w:tr>
      <w:tr w:rsidR="008D5BDF" w:rsidRPr="00526AAA" w14:paraId="332ED5CD" w14:textId="77777777">
        <w:trPr>
          <w:cantSplit/>
          <w:jc w:val="center"/>
        </w:trPr>
        <w:tc>
          <w:tcPr>
            <w:tcW w:w="3096" w:type="dxa"/>
            <w:shd w:val="clear" w:color="auto" w:fill="F5F7F9"/>
            <w:tcMar>
              <w:top w:w="70" w:type="dxa"/>
              <w:left w:w="120" w:type="dxa"/>
              <w:bottom w:w="70" w:type="dxa"/>
              <w:right w:w="120" w:type="dxa"/>
            </w:tcMar>
            <w:vAlign w:val="center"/>
          </w:tcPr>
          <w:p w14:paraId="29B17273" w14:textId="77777777" w:rsidR="008D5BDF" w:rsidRPr="00526AAA" w:rsidRDefault="00000000">
            <w:pPr>
              <w:spacing w:after="0"/>
              <w:rPr>
                <w:sz w:val="22"/>
                <w:szCs w:val="24"/>
              </w:rPr>
            </w:pPr>
            <w:r w:rsidRPr="00526AAA">
              <w:rPr>
                <w:b/>
                <w:szCs w:val="24"/>
              </w:rPr>
              <w:t>Hotel</w:t>
            </w:r>
          </w:p>
        </w:tc>
        <w:tc>
          <w:tcPr>
            <w:tcW w:w="6984" w:type="dxa"/>
            <w:shd w:val="clear" w:color="auto" w:fill="F5F7F9"/>
            <w:tcMar>
              <w:top w:w="70" w:type="dxa"/>
              <w:left w:w="120" w:type="dxa"/>
              <w:bottom w:w="70" w:type="dxa"/>
              <w:right w:w="120" w:type="dxa"/>
            </w:tcMar>
            <w:vAlign w:val="center"/>
          </w:tcPr>
          <w:p w14:paraId="178061A6" w14:textId="77777777" w:rsidR="008D5BDF" w:rsidRPr="00526AAA" w:rsidRDefault="00000000">
            <w:pPr>
              <w:spacing w:after="0"/>
              <w:rPr>
                <w:sz w:val="22"/>
                <w:szCs w:val="24"/>
              </w:rPr>
            </w:pPr>
            <w:r w:rsidRPr="00526AAA">
              <w:rPr>
                <w:szCs w:val="24"/>
              </w:rPr>
              <w:t>$139 per room, per night, plus applicable taxes and fees; reserve by November 3</w:t>
            </w:r>
          </w:p>
        </w:tc>
      </w:tr>
    </w:tbl>
    <w:p w14:paraId="26CCF1AA" w14:textId="77777777" w:rsidR="008D5BDF" w:rsidRDefault="00000000">
      <w:r>
        <w:br w:type="page"/>
      </w:r>
    </w:p>
    <w:p w14:paraId="1F5FD895" w14:textId="77777777" w:rsidR="008D5BDF" w:rsidRDefault="00000000">
      <w:pPr>
        <w:pStyle w:val="Title"/>
        <w:spacing w:after="80"/>
        <w:jc w:val="center"/>
      </w:pPr>
      <w:r>
        <w:rPr>
          <w:rFonts w:ascii="Aptos" w:hAnsi="Aptos"/>
          <w:b/>
          <w:sz w:val="36"/>
        </w:rPr>
        <w:lastRenderedPageBreak/>
        <w:t>Conference Details and Condensed Agenda</w:t>
      </w:r>
    </w:p>
    <w:p w14:paraId="3B048D18" w14:textId="77777777" w:rsidR="008D5BDF" w:rsidRPr="00C671DB" w:rsidRDefault="00000000">
      <w:pPr>
        <w:pStyle w:val="Heading1"/>
        <w:spacing w:before="200" w:after="80"/>
        <w:rPr>
          <w:sz w:val="32"/>
          <w:szCs w:val="32"/>
        </w:rPr>
      </w:pPr>
      <w:r w:rsidRPr="00C671DB">
        <w:rPr>
          <w:rFonts w:ascii="Aptos" w:hAnsi="Aptos"/>
          <w:szCs w:val="32"/>
        </w:rPr>
        <w:t>Registration and Meals</w:t>
      </w:r>
    </w:p>
    <w:p w14:paraId="38A597B4" w14:textId="2EA66ECA" w:rsidR="008D5BDF" w:rsidRPr="00C671DB" w:rsidRDefault="00000000">
      <w:pPr>
        <w:spacing w:after="120" w:line="259" w:lineRule="auto"/>
        <w:rPr>
          <w:sz w:val="22"/>
          <w:szCs w:val="24"/>
        </w:rPr>
      </w:pPr>
      <w:r w:rsidRPr="00C671DB">
        <w:rPr>
          <w:sz w:val="22"/>
          <w:szCs w:val="24"/>
        </w:rPr>
        <w:t xml:space="preserve">The $100 registration fee includes Monday lunch, Monday dinner, conference sessions, materials, and scheduled evening activities. Tuesday </w:t>
      </w:r>
      <w:r w:rsidR="00526AAA" w:rsidRPr="00C671DB">
        <w:rPr>
          <w:sz w:val="22"/>
          <w:szCs w:val="24"/>
        </w:rPr>
        <w:t>meals are</w:t>
      </w:r>
      <w:r w:rsidRPr="00C671DB">
        <w:rPr>
          <w:sz w:val="22"/>
          <w:szCs w:val="24"/>
        </w:rPr>
        <w:t xml:space="preserve"> not included; each school is responsible for its own arrangements.</w:t>
      </w:r>
    </w:p>
    <w:p w14:paraId="43B9A0E4" w14:textId="0F9616DB" w:rsidR="008D5BDF" w:rsidRPr="00C671DB" w:rsidRDefault="00000000">
      <w:pPr>
        <w:spacing w:after="120" w:line="259" w:lineRule="auto"/>
        <w:rPr>
          <w:sz w:val="22"/>
          <w:szCs w:val="24"/>
        </w:rPr>
      </w:pPr>
      <w:r w:rsidRPr="00C671DB">
        <w:rPr>
          <w:sz w:val="22"/>
          <w:szCs w:val="24"/>
        </w:rPr>
        <w:t xml:space="preserve">Registration packets may be picked up outside the Riverview Room </w:t>
      </w:r>
      <w:r w:rsidR="00526AAA" w:rsidRPr="00C671DB">
        <w:rPr>
          <w:sz w:val="22"/>
          <w:szCs w:val="24"/>
        </w:rPr>
        <w:t>between</w:t>
      </w:r>
      <w:r w:rsidRPr="00C671DB">
        <w:rPr>
          <w:sz w:val="22"/>
          <w:szCs w:val="24"/>
        </w:rPr>
        <w:t xml:space="preserve"> 9:00 to 10:30 a.m. </w:t>
      </w:r>
      <w:proofErr w:type="gramStart"/>
      <w:r w:rsidRPr="00C671DB">
        <w:rPr>
          <w:sz w:val="22"/>
          <w:szCs w:val="24"/>
        </w:rPr>
        <w:t>Monday</w:t>
      </w:r>
      <w:proofErr w:type="gramEnd"/>
      <w:r w:rsidRPr="00C671DB">
        <w:rPr>
          <w:sz w:val="22"/>
          <w:szCs w:val="24"/>
        </w:rPr>
        <w:t>. Students should be checked in and seated before the 10:30 a.m. opening session.</w:t>
      </w:r>
    </w:p>
    <w:p w14:paraId="435E3620" w14:textId="0BF78AAE" w:rsidR="008D5BDF" w:rsidRPr="00C671DB" w:rsidRDefault="00000000">
      <w:pPr>
        <w:pStyle w:val="Heading1"/>
        <w:spacing w:before="200" w:after="80"/>
        <w:rPr>
          <w:sz w:val="32"/>
          <w:szCs w:val="32"/>
        </w:rPr>
      </w:pPr>
      <w:r w:rsidRPr="00C671DB">
        <w:rPr>
          <w:rFonts w:ascii="Aptos" w:hAnsi="Aptos"/>
          <w:szCs w:val="32"/>
        </w:rPr>
        <w:t>Monday November 16</w:t>
      </w:r>
      <w:r w:rsidR="00526AAA" w:rsidRPr="00C671DB">
        <w:rPr>
          <w:rFonts w:ascii="Aptos" w:hAnsi="Aptos"/>
          <w:szCs w:val="32"/>
        </w:rPr>
        <w:t>,</w:t>
      </w:r>
      <w:r w:rsidRPr="00C671DB">
        <w:rPr>
          <w:rFonts w:ascii="Aptos" w:hAnsi="Aptos"/>
          <w:szCs w:val="32"/>
        </w:rPr>
        <w:t xml:space="preserve"> 2026</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6984"/>
      </w:tblGrid>
      <w:tr w:rsidR="008D5BDF" w:rsidRPr="00C671DB" w14:paraId="4C7CF6A9" w14:textId="77777777">
        <w:trPr>
          <w:tblHeader/>
          <w:jc w:val="center"/>
        </w:trPr>
        <w:tc>
          <w:tcPr>
            <w:tcW w:w="10080" w:type="dxa"/>
            <w:gridSpan w:val="2"/>
            <w:shd w:val="clear" w:color="auto" w:fill="005B8E"/>
          </w:tcPr>
          <w:p w14:paraId="104F47AA" w14:textId="77777777" w:rsidR="008D5BDF" w:rsidRPr="00C671DB" w:rsidRDefault="00000000">
            <w:pPr>
              <w:rPr>
                <w:sz w:val="22"/>
                <w:szCs w:val="24"/>
              </w:rPr>
            </w:pPr>
            <w:r w:rsidRPr="00C671DB">
              <w:rPr>
                <w:b/>
                <w:color w:val="FFFFFF"/>
                <w:sz w:val="22"/>
                <w:szCs w:val="24"/>
              </w:rPr>
              <w:t>Monday Schedule</w:t>
            </w:r>
          </w:p>
        </w:tc>
      </w:tr>
      <w:tr w:rsidR="008D5BDF" w:rsidRPr="00C671DB" w14:paraId="1ABE6084" w14:textId="77777777">
        <w:trPr>
          <w:cantSplit/>
          <w:jc w:val="center"/>
        </w:trPr>
        <w:tc>
          <w:tcPr>
            <w:tcW w:w="3096" w:type="dxa"/>
            <w:tcMar>
              <w:top w:w="70" w:type="dxa"/>
              <w:left w:w="120" w:type="dxa"/>
              <w:bottom w:w="70" w:type="dxa"/>
              <w:right w:w="120" w:type="dxa"/>
            </w:tcMar>
            <w:vAlign w:val="center"/>
          </w:tcPr>
          <w:p w14:paraId="710F8A2F" w14:textId="77777777" w:rsidR="008D5BDF" w:rsidRPr="00C671DB" w:rsidRDefault="00000000">
            <w:pPr>
              <w:spacing w:after="0"/>
              <w:rPr>
                <w:sz w:val="22"/>
                <w:szCs w:val="24"/>
              </w:rPr>
            </w:pPr>
            <w:r w:rsidRPr="00C671DB">
              <w:rPr>
                <w:b/>
                <w:szCs w:val="24"/>
              </w:rPr>
              <w:t>9:00 a.m.</w:t>
            </w:r>
          </w:p>
        </w:tc>
        <w:tc>
          <w:tcPr>
            <w:tcW w:w="6984" w:type="dxa"/>
            <w:tcMar>
              <w:top w:w="70" w:type="dxa"/>
              <w:left w:w="120" w:type="dxa"/>
              <w:bottom w:w="70" w:type="dxa"/>
              <w:right w:w="120" w:type="dxa"/>
            </w:tcMar>
            <w:vAlign w:val="center"/>
          </w:tcPr>
          <w:p w14:paraId="7C351047" w14:textId="77777777" w:rsidR="008D5BDF" w:rsidRPr="00C671DB" w:rsidRDefault="00000000">
            <w:pPr>
              <w:spacing w:after="0"/>
              <w:rPr>
                <w:sz w:val="22"/>
                <w:szCs w:val="24"/>
              </w:rPr>
            </w:pPr>
            <w:r w:rsidRPr="00C671DB">
              <w:rPr>
                <w:szCs w:val="24"/>
              </w:rPr>
              <w:t>Conference registration opens at the Hilton</w:t>
            </w:r>
          </w:p>
        </w:tc>
      </w:tr>
      <w:tr w:rsidR="008D5BDF" w:rsidRPr="00C671DB" w14:paraId="4A76ACC0" w14:textId="77777777">
        <w:trPr>
          <w:cantSplit/>
          <w:jc w:val="center"/>
        </w:trPr>
        <w:tc>
          <w:tcPr>
            <w:tcW w:w="3096" w:type="dxa"/>
            <w:shd w:val="clear" w:color="auto" w:fill="F5F7F9"/>
            <w:tcMar>
              <w:top w:w="70" w:type="dxa"/>
              <w:left w:w="120" w:type="dxa"/>
              <w:bottom w:w="70" w:type="dxa"/>
              <w:right w:w="120" w:type="dxa"/>
            </w:tcMar>
            <w:vAlign w:val="center"/>
          </w:tcPr>
          <w:p w14:paraId="14897103" w14:textId="77777777" w:rsidR="008D5BDF" w:rsidRPr="00C671DB" w:rsidRDefault="00000000">
            <w:pPr>
              <w:spacing w:after="0"/>
              <w:rPr>
                <w:sz w:val="22"/>
                <w:szCs w:val="24"/>
              </w:rPr>
            </w:pPr>
            <w:r w:rsidRPr="00C671DB">
              <w:rPr>
                <w:b/>
                <w:szCs w:val="24"/>
              </w:rPr>
              <w:t>10:30 a.m.</w:t>
            </w:r>
          </w:p>
        </w:tc>
        <w:tc>
          <w:tcPr>
            <w:tcW w:w="6984" w:type="dxa"/>
            <w:shd w:val="clear" w:color="auto" w:fill="F5F7F9"/>
            <w:tcMar>
              <w:top w:w="70" w:type="dxa"/>
              <w:left w:w="120" w:type="dxa"/>
              <w:bottom w:w="70" w:type="dxa"/>
              <w:right w:w="120" w:type="dxa"/>
            </w:tcMar>
            <w:vAlign w:val="center"/>
          </w:tcPr>
          <w:p w14:paraId="77C13762" w14:textId="77777777" w:rsidR="008D5BDF" w:rsidRPr="00C671DB" w:rsidRDefault="00000000">
            <w:pPr>
              <w:spacing w:after="0"/>
              <w:rPr>
                <w:sz w:val="22"/>
                <w:szCs w:val="24"/>
              </w:rPr>
            </w:pPr>
            <w:r w:rsidRPr="00C671DB">
              <w:rPr>
                <w:szCs w:val="24"/>
              </w:rPr>
              <w:t>Opening session</w:t>
            </w:r>
          </w:p>
        </w:tc>
      </w:tr>
      <w:tr w:rsidR="008D5BDF" w:rsidRPr="00C671DB" w14:paraId="33C010CA" w14:textId="77777777">
        <w:trPr>
          <w:cantSplit/>
          <w:jc w:val="center"/>
        </w:trPr>
        <w:tc>
          <w:tcPr>
            <w:tcW w:w="3096" w:type="dxa"/>
            <w:tcMar>
              <w:top w:w="70" w:type="dxa"/>
              <w:left w:w="120" w:type="dxa"/>
              <w:bottom w:w="70" w:type="dxa"/>
              <w:right w:w="120" w:type="dxa"/>
            </w:tcMar>
            <w:vAlign w:val="center"/>
          </w:tcPr>
          <w:p w14:paraId="45CE2F38" w14:textId="77777777" w:rsidR="008D5BDF" w:rsidRPr="00C671DB" w:rsidRDefault="00000000">
            <w:pPr>
              <w:spacing w:after="0"/>
              <w:rPr>
                <w:sz w:val="22"/>
                <w:szCs w:val="24"/>
              </w:rPr>
            </w:pPr>
            <w:r w:rsidRPr="00C671DB">
              <w:rPr>
                <w:b/>
                <w:szCs w:val="24"/>
              </w:rPr>
              <w:t>11:30 a.m.</w:t>
            </w:r>
          </w:p>
        </w:tc>
        <w:tc>
          <w:tcPr>
            <w:tcW w:w="6984" w:type="dxa"/>
            <w:tcMar>
              <w:top w:w="70" w:type="dxa"/>
              <w:left w:w="120" w:type="dxa"/>
              <w:bottom w:w="70" w:type="dxa"/>
              <w:right w:w="120" w:type="dxa"/>
            </w:tcMar>
            <w:vAlign w:val="center"/>
          </w:tcPr>
          <w:p w14:paraId="11F65FA6" w14:textId="77777777" w:rsidR="008D5BDF" w:rsidRPr="00C671DB" w:rsidRDefault="00000000">
            <w:pPr>
              <w:spacing w:after="0"/>
              <w:rPr>
                <w:sz w:val="22"/>
                <w:szCs w:val="24"/>
              </w:rPr>
            </w:pPr>
            <w:r w:rsidRPr="00C671DB">
              <w:rPr>
                <w:szCs w:val="24"/>
              </w:rPr>
              <w:t>Lunch</w:t>
            </w:r>
          </w:p>
        </w:tc>
      </w:tr>
      <w:tr w:rsidR="008D5BDF" w:rsidRPr="00C671DB" w14:paraId="09B8DD4A" w14:textId="77777777">
        <w:trPr>
          <w:cantSplit/>
          <w:jc w:val="center"/>
        </w:trPr>
        <w:tc>
          <w:tcPr>
            <w:tcW w:w="3096" w:type="dxa"/>
            <w:shd w:val="clear" w:color="auto" w:fill="F5F7F9"/>
            <w:tcMar>
              <w:top w:w="70" w:type="dxa"/>
              <w:left w:w="120" w:type="dxa"/>
              <w:bottom w:w="70" w:type="dxa"/>
              <w:right w:w="120" w:type="dxa"/>
            </w:tcMar>
            <w:vAlign w:val="center"/>
          </w:tcPr>
          <w:p w14:paraId="6A50D2AC" w14:textId="77777777" w:rsidR="008D5BDF" w:rsidRPr="00C671DB" w:rsidRDefault="00000000">
            <w:pPr>
              <w:spacing w:after="0"/>
              <w:rPr>
                <w:sz w:val="22"/>
                <w:szCs w:val="24"/>
              </w:rPr>
            </w:pPr>
            <w:r w:rsidRPr="00C671DB">
              <w:rPr>
                <w:b/>
                <w:szCs w:val="24"/>
              </w:rPr>
              <w:t>12:30 p.m.</w:t>
            </w:r>
          </w:p>
        </w:tc>
        <w:tc>
          <w:tcPr>
            <w:tcW w:w="6984" w:type="dxa"/>
            <w:shd w:val="clear" w:color="auto" w:fill="F5F7F9"/>
            <w:tcMar>
              <w:top w:w="70" w:type="dxa"/>
              <w:left w:w="120" w:type="dxa"/>
              <w:bottom w:w="70" w:type="dxa"/>
              <w:right w:w="120" w:type="dxa"/>
            </w:tcMar>
            <w:vAlign w:val="center"/>
          </w:tcPr>
          <w:p w14:paraId="39AF00A7" w14:textId="77777777" w:rsidR="008D5BDF" w:rsidRPr="00C671DB" w:rsidRDefault="00000000">
            <w:pPr>
              <w:spacing w:after="0"/>
              <w:rPr>
                <w:sz w:val="22"/>
                <w:szCs w:val="24"/>
              </w:rPr>
            </w:pPr>
            <w:r w:rsidRPr="00C671DB">
              <w:rPr>
                <w:szCs w:val="24"/>
              </w:rPr>
              <w:t>Leadership sessions resume</w:t>
            </w:r>
          </w:p>
        </w:tc>
      </w:tr>
      <w:tr w:rsidR="008D5BDF" w:rsidRPr="00C671DB" w14:paraId="0B83B56C" w14:textId="77777777">
        <w:trPr>
          <w:cantSplit/>
          <w:jc w:val="center"/>
        </w:trPr>
        <w:tc>
          <w:tcPr>
            <w:tcW w:w="3096" w:type="dxa"/>
            <w:tcMar>
              <w:top w:w="70" w:type="dxa"/>
              <w:left w:w="120" w:type="dxa"/>
              <w:bottom w:w="70" w:type="dxa"/>
              <w:right w:w="120" w:type="dxa"/>
            </w:tcMar>
            <w:vAlign w:val="center"/>
          </w:tcPr>
          <w:p w14:paraId="140E1276" w14:textId="77777777" w:rsidR="008D5BDF" w:rsidRPr="00C671DB" w:rsidRDefault="00000000">
            <w:pPr>
              <w:spacing w:after="0"/>
              <w:rPr>
                <w:sz w:val="22"/>
                <w:szCs w:val="24"/>
              </w:rPr>
            </w:pPr>
            <w:r w:rsidRPr="00C671DB">
              <w:rPr>
                <w:b/>
                <w:szCs w:val="24"/>
              </w:rPr>
              <w:t>4:00 p.m.</w:t>
            </w:r>
          </w:p>
        </w:tc>
        <w:tc>
          <w:tcPr>
            <w:tcW w:w="6984" w:type="dxa"/>
            <w:tcMar>
              <w:top w:w="70" w:type="dxa"/>
              <w:left w:w="120" w:type="dxa"/>
              <w:bottom w:w="70" w:type="dxa"/>
              <w:right w:w="120" w:type="dxa"/>
            </w:tcMar>
            <w:vAlign w:val="center"/>
          </w:tcPr>
          <w:p w14:paraId="7AE703A4" w14:textId="77777777" w:rsidR="008D5BDF" w:rsidRPr="00C671DB" w:rsidRDefault="00000000">
            <w:pPr>
              <w:spacing w:after="0"/>
              <w:rPr>
                <w:sz w:val="22"/>
                <w:szCs w:val="24"/>
              </w:rPr>
            </w:pPr>
            <w:r w:rsidRPr="00C671DB">
              <w:rPr>
                <w:szCs w:val="24"/>
              </w:rPr>
              <w:t>Afternoon sessions conclude and hotel check-in period begins</w:t>
            </w:r>
          </w:p>
        </w:tc>
      </w:tr>
      <w:tr w:rsidR="008D5BDF" w:rsidRPr="00C671DB" w14:paraId="529EB830" w14:textId="77777777">
        <w:trPr>
          <w:cantSplit/>
          <w:jc w:val="center"/>
        </w:trPr>
        <w:tc>
          <w:tcPr>
            <w:tcW w:w="3096" w:type="dxa"/>
            <w:shd w:val="clear" w:color="auto" w:fill="F5F7F9"/>
            <w:tcMar>
              <w:top w:w="70" w:type="dxa"/>
              <w:left w:w="120" w:type="dxa"/>
              <w:bottom w:w="70" w:type="dxa"/>
              <w:right w:w="120" w:type="dxa"/>
            </w:tcMar>
            <w:vAlign w:val="center"/>
          </w:tcPr>
          <w:p w14:paraId="56D3BA0A" w14:textId="77777777" w:rsidR="008D5BDF" w:rsidRPr="00C671DB" w:rsidRDefault="00000000">
            <w:pPr>
              <w:spacing w:after="0"/>
              <w:rPr>
                <w:sz w:val="22"/>
                <w:szCs w:val="24"/>
              </w:rPr>
            </w:pPr>
            <w:r w:rsidRPr="00C671DB">
              <w:rPr>
                <w:b/>
                <w:szCs w:val="24"/>
              </w:rPr>
              <w:t>7:00 p.m.</w:t>
            </w:r>
          </w:p>
        </w:tc>
        <w:tc>
          <w:tcPr>
            <w:tcW w:w="6984" w:type="dxa"/>
            <w:shd w:val="clear" w:color="auto" w:fill="F5F7F9"/>
            <w:tcMar>
              <w:top w:w="70" w:type="dxa"/>
              <w:left w:w="120" w:type="dxa"/>
              <w:bottom w:w="70" w:type="dxa"/>
              <w:right w:w="120" w:type="dxa"/>
            </w:tcMar>
            <w:vAlign w:val="center"/>
          </w:tcPr>
          <w:p w14:paraId="1394E841" w14:textId="77777777" w:rsidR="008D5BDF" w:rsidRPr="00C671DB" w:rsidRDefault="00000000">
            <w:pPr>
              <w:spacing w:after="0"/>
              <w:rPr>
                <w:sz w:val="22"/>
                <w:szCs w:val="24"/>
              </w:rPr>
            </w:pPr>
            <w:r w:rsidRPr="00C671DB">
              <w:rPr>
                <w:szCs w:val="24"/>
              </w:rPr>
              <w:t>Dinner and evening activities at the hotel</w:t>
            </w:r>
          </w:p>
        </w:tc>
      </w:tr>
      <w:tr w:rsidR="008D5BDF" w:rsidRPr="00C671DB" w14:paraId="6E420E9D" w14:textId="77777777">
        <w:trPr>
          <w:cantSplit/>
          <w:jc w:val="center"/>
        </w:trPr>
        <w:tc>
          <w:tcPr>
            <w:tcW w:w="3096" w:type="dxa"/>
            <w:tcMar>
              <w:top w:w="70" w:type="dxa"/>
              <w:left w:w="120" w:type="dxa"/>
              <w:bottom w:w="70" w:type="dxa"/>
              <w:right w:w="120" w:type="dxa"/>
            </w:tcMar>
            <w:vAlign w:val="center"/>
          </w:tcPr>
          <w:p w14:paraId="2E0CFA95" w14:textId="77777777" w:rsidR="008D5BDF" w:rsidRPr="00C671DB" w:rsidRDefault="00000000">
            <w:pPr>
              <w:spacing w:after="0"/>
              <w:rPr>
                <w:sz w:val="22"/>
                <w:szCs w:val="24"/>
              </w:rPr>
            </w:pPr>
            <w:r w:rsidRPr="00C671DB">
              <w:rPr>
                <w:b/>
                <w:szCs w:val="24"/>
              </w:rPr>
              <w:t>11:00 p.m.</w:t>
            </w:r>
          </w:p>
        </w:tc>
        <w:tc>
          <w:tcPr>
            <w:tcW w:w="6984" w:type="dxa"/>
            <w:tcMar>
              <w:top w:w="70" w:type="dxa"/>
              <w:left w:w="120" w:type="dxa"/>
              <w:bottom w:w="70" w:type="dxa"/>
              <w:right w:w="120" w:type="dxa"/>
            </w:tcMar>
            <w:vAlign w:val="center"/>
          </w:tcPr>
          <w:p w14:paraId="42F5E43F" w14:textId="77777777" w:rsidR="008D5BDF" w:rsidRPr="00C671DB" w:rsidRDefault="00000000">
            <w:pPr>
              <w:spacing w:after="0"/>
              <w:rPr>
                <w:sz w:val="22"/>
                <w:szCs w:val="24"/>
              </w:rPr>
            </w:pPr>
            <w:r w:rsidRPr="00C671DB">
              <w:rPr>
                <w:szCs w:val="24"/>
              </w:rPr>
              <w:t>Student curfew</w:t>
            </w:r>
          </w:p>
        </w:tc>
      </w:tr>
    </w:tbl>
    <w:p w14:paraId="7737930B" w14:textId="328FF4C0" w:rsidR="008D5BDF" w:rsidRPr="00C671DB" w:rsidRDefault="00000000">
      <w:pPr>
        <w:pStyle w:val="Heading1"/>
        <w:spacing w:before="200" w:after="80"/>
        <w:rPr>
          <w:sz w:val="32"/>
          <w:szCs w:val="32"/>
        </w:rPr>
      </w:pPr>
      <w:r w:rsidRPr="00C671DB">
        <w:rPr>
          <w:rFonts w:ascii="Aptos" w:hAnsi="Aptos"/>
          <w:szCs w:val="32"/>
        </w:rPr>
        <w:t>Tuesday November 17</w:t>
      </w:r>
      <w:r w:rsidR="00526AAA" w:rsidRPr="00C671DB">
        <w:rPr>
          <w:rFonts w:ascii="Aptos" w:hAnsi="Aptos"/>
          <w:szCs w:val="32"/>
        </w:rPr>
        <w:t>,</w:t>
      </w:r>
      <w:r w:rsidRPr="00C671DB">
        <w:rPr>
          <w:rFonts w:ascii="Aptos" w:hAnsi="Aptos"/>
          <w:szCs w:val="32"/>
        </w:rPr>
        <w:t xml:space="preserve"> 2026</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6984"/>
      </w:tblGrid>
      <w:tr w:rsidR="008D5BDF" w:rsidRPr="00C671DB" w14:paraId="6BB2A995" w14:textId="77777777">
        <w:trPr>
          <w:tblHeader/>
          <w:jc w:val="center"/>
        </w:trPr>
        <w:tc>
          <w:tcPr>
            <w:tcW w:w="10080" w:type="dxa"/>
            <w:gridSpan w:val="2"/>
            <w:shd w:val="clear" w:color="auto" w:fill="005B8E"/>
          </w:tcPr>
          <w:p w14:paraId="2A11107F" w14:textId="77777777" w:rsidR="008D5BDF" w:rsidRPr="00C671DB" w:rsidRDefault="00000000">
            <w:pPr>
              <w:rPr>
                <w:sz w:val="22"/>
                <w:szCs w:val="24"/>
              </w:rPr>
            </w:pPr>
            <w:r w:rsidRPr="00C671DB">
              <w:rPr>
                <w:b/>
                <w:color w:val="FFFFFF"/>
                <w:sz w:val="22"/>
                <w:szCs w:val="24"/>
              </w:rPr>
              <w:t>Tuesday Schedule</w:t>
            </w:r>
          </w:p>
        </w:tc>
      </w:tr>
      <w:tr w:rsidR="008D5BDF" w:rsidRPr="00C671DB" w14:paraId="0366AE85" w14:textId="77777777">
        <w:trPr>
          <w:cantSplit/>
          <w:jc w:val="center"/>
        </w:trPr>
        <w:tc>
          <w:tcPr>
            <w:tcW w:w="3096" w:type="dxa"/>
            <w:tcMar>
              <w:top w:w="70" w:type="dxa"/>
              <w:left w:w="120" w:type="dxa"/>
              <w:bottom w:w="70" w:type="dxa"/>
              <w:right w:w="120" w:type="dxa"/>
            </w:tcMar>
            <w:vAlign w:val="center"/>
          </w:tcPr>
          <w:p w14:paraId="4020A3FA" w14:textId="77777777" w:rsidR="008D5BDF" w:rsidRPr="00C671DB" w:rsidRDefault="00000000">
            <w:pPr>
              <w:spacing w:after="0"/>
              <w:rPr>
                <w:sz w:val="22"/>
                <w:szCs w:val="24"/>
              </w:rPr>
            </w:pPr>
            <w:r w:rsidRPr="00C671DB">
              <w:rPr>
                <w:b/>
                <w:szCs w:val="24"/>
              </w:rPr>
              <w:t>Before 8:30 a.m.</w:t>
            </w:r>
          </w:p>
        </w:tc>
        <w:tc>
          <w:tcPr>
            <w:tcW w:w="6984" w:type="dxa"/>
            <w:tcMar>
              <w:top w:w="70" w:type="dxa"/>
              <w:left w:w="120" w:type="dxa"/>
              <w:bottom w:w="70" w:type="dxa"/>
              <w:right w:w="120" w:type="dxa"/>
            </w:tcMar>
            <w:vAlign w:val="center"/>
          </w:tcPr>
          <w:p w14:paraId="3F3F888F" w14:textId="77777777" w:rsidR="008D5BDF" w:rsidRPr="00C671DB" w:rsidRDefault="00000000">
            <w:pPr>
              <w:spacing w:after="0"/>
              <w:rPr>
                <w:sz w:val="22"/>
                <w:szCs w:val="24"/>
              </w:rPr>
            </w:pPr>
            <w:r w:rsidRPr="00C671DB">
              <w:rPr>
                <w:szCs w:val="24"/>
              </w:rPr>
              <w:t>Breakfast on your own and turn in completed Statesman Award sheets</w:t>
            </w:r>
          </w:p>
        </w:tc>
      </w:tr>
      <w:tr w:rsidR="008D5BDF" w:rsidRPr="00C671DB" w14:paraId="43F12719" w14:textId="77777777">
        <w:trPr>
          <w:cantSplit/>
          <w:jc w:val="center"/>
        </w:trPr>
        <w:tc>
          <w:tcPr>
            <w:tcW w:w="3096" w:type="dxa"/>
            <w:shd w:val="clear" w:color="auto" w:fill="F5F7F9"/>
            <w:tcMar>
              <w:top w:w="70" w:type="dxa"/>
              <w:left w:w="120" w:type="dxa"/>
              <w:bottom w:w="70" w:type="dxa"/>
              <w:right w:w="120" w:type="dxa"/>
            </w:tcMar>
            <w:vAlign w:val="center"/>
          </w:tcPr>
          <w:p w14:paraId="1541CC42" w14:textId="77777777" w:rsidR="008D5BDF" w:rsidRPr="00C671DB" w:rsidRDefault="00000000">
            <w:pPr>
              <w:spacing w:after="0"/>
              <w:rPr>
                <w:sz w:val="22"/>
                <w:szCs w:val="24"/>
              </w:rPr>
            </w:pPr>
            <w:r w:rsidRPr="00C671DB">
              <w:rPr>
                <w:b/>
                <w:szCs w:val="24"/>
              </w:rPr>
              <w:t>8:30 a.m.</w:t>
            </w:r>
          </w:p>
        </w:tc>
        <w:tc>
          <w:tcPr>
            <w:tcW w:w="6984" w:type="dxa"/>
            <w:shd w:val="clear" w:color="auto" w:fill="F5F7F9"/>
            <w:tcMar>
              <w:top w:w="70" w:type="dxa"/>
              <w:left w:w="120" w:type="dxa"/>
              <w:bottom w:w="70" w:type="dxa"/>
              <w:right w:w="120" w:type="dxa"/>
            </w:tcMar>
            <w:vAlign w:val="center"/>
          </w:tcPr>
          <w:p w14:paraId="1845AC56" w14:textId="77777777" w:rsidR="008D5BDF" w:rsidRPr="00C671DB" w:rsidRDefault="00000000">
            <w:pPr>
              <w:spacing w:after="0"/>
              <w:rPr>
                <w:sz w:val="22"/>
                <w:szCs w:val="24"/>
              </w:rPr>
            </w:pPr>
            <w:r w:rsidRPr="00C671DB">
              <w:rPr>
                <w:szCs w:val="24"/>
              </w:rPr>
              <w:t>General session, awards, and closing session</w:t>
            </w:r>
          </w:p>
        </w:tc>
      </w:tr>
      <w:tr w:rsidR="008D5BDF" w:rsidRPr="00C671DB" w14:paraId="0F3F905A" w14:textId="77777777">
        <w:trPr>
          <w:cantSplit/>
          <w:jc w:val="center"/>
        </w:trPr>
        <w:tc>
          <w:tcPr>
            <w:tcW w:w="3096" w:type="dxa"/>
            <w:tcMar>
              <w:top w:w="70" w:type="dxa"/>
              <w:left w:w="120" w:type="dxa"/>
              <w:bottom w:w="70" w:type="dxa"/>
              <w:right w:w="120" w:type="dxa"/>
            </w:tcMar>
            <w:vAlign w:val="center"/>
          </w:tcPr>
          <w:p w14:paraId="1575CB58" w14:textId="77777777" w:rsidR="008D5BDF" w:rsidRPr="00C671DB" w:rsidRDefault="00000000">
            <w:pPr>
              <w:spacing w:after="0"/>
              <w:rPr>
                <w:sz w:val="22"/>
                <w:szCs w:val="24"/>
              </w:rPr>
            </w:pPr>
            <w:r w:rsidRPr="00C671DB">
              <w:rPr>
                <w:b/>
                <w:szCs w:val="24"/>
              </w:rPr>
              <w:t>By 12:00 p.m.</w:t>
            </w:r>
          </w:p>
        </w:tc>
        <w:tc>
          <w:tcPr>
            <w:tcW w:w="6984" w:type="dxa"/>
            <w:tcMar>
              <w:top w:w="70" w:type="dxa"/>
              <w:left w:w="120" w:type="dxa"/>
              <w:bottom w:w="70" w:type="dxa"/>
              <w:right w:w="120" w:type="dxa"/>
            </w:tcMar>
            <w:vAlign w:val="center"/>
          </w:tcPr>
          <w:p w14:paraId="6306999A" w14:textId="77777777" w:rsidR="008D5BDF" w:rsidRPr="00C671DB" w:rsidRDefault="00000000">
            <w:pPr>
              <w:spacing w:after="0"/>
              <w:rPr>
                <w:sz w:val="22"/>
                <w:szCs w:val="24"/>
              </w:rPr>
            </w:pPr>
            <w:r w:rsidRPr="00C671DB">
              <w:rPr>
                <w:szCs w:val="24"/>
              </w:rPr>
              <w:t>Conference dismissal and safe travels</w:t>
            </w:r>
          </w:p>
        </w:tc>
      </w:tr>
    </w:tbl>
    <w:p w14:paraId="14917349" w14:textId="77777777" w:rsidR="008D5BDF" w:rsidRPr="00C671DB" w:rsidRDefault="00000000">
      <w:pPr>
        <w:pStyle w:val="Heading1"/>
        <w:spacing w:before="200" w:after="80"/>
        <w:rPr>
          <w:sz w:val="32"/>
          <w:szCs w:val="32"/>
        </w:rPr>
      </w:pPr>
      <w:r w:rsidRPr="00C671DB">
        <w:rPr>
          <w:rFonts w:ascii="Aptos" w:hAnsi="Aptos"/>
          <w:szCs w:val="32"/>
        </w:rPr>
        <w:t>Advisor Supervision and Conduct</w:t>
      </w:r>
    </w:p>
    <w:p w14:paraId="2B007FE7" w14:textId="77777777" w:rsidR="008D5BDF" w:rsidRPr="00C671DB" w:rsidRDefault="00000000">
      <w:pPr>
        <w:pStyle w:val="ListBullet"/>
        <w:spacing w:after="60" w:line="247" w:lineRule="auto"/>
        <w:rPr>
          <w:sz w:val="22"/>
          <w:szCs w:val="24"/>
        </w:rPr>
      </w:pPr>
      <w:r w:rsidRPr="00C671DB">
        <w:rPr>
          <w:szCs w:val="24"/>
        </w:rPr>
        <w:t>Advisors are responsible for their students throughout the conference.</w:t>
      </w:r>
    </w:p>
    <w:p w14:paraId="4D37863A" w14:textId="77777777" w:rsidR="008D5BDF" w:rsidRPr="00C671DB" w:rsidRDefault="00000000">
      <w:pPr>
        <w:pStyle w:val="ListBullet"/>
        <w:spacing w:after="60" w:line="247" w:lineRule="auto"/>
        <w:rPr>
          <w:sz w:val="22"/>
          <w:szCs w:val="24"/>
        </w:rPr>
      </w:pPr>
      <w:r w:rsidRPr="00C671DB">
        <w:rPr>
          <w:szCs w:val="24"/>
        </w:rPr>
        <w:t>All participants are expected to attend scheduled activities and represent SkillsUSA positively.</w:t>
      </w:r>
    </w:p>
    <w:p w14:paraId="66253995" w14:textId="77777777" w:rsidR="008D5BDF" w:rsidRPr="00C671DB" w:rsidRDefault="00000000">
      <w:pPr>
        <w:pStyle w:val="ListBullet"/>
        <w:spacing w:after="60" w:line="247" w:lineRule="auto"/>
        <w:rPr>
          <w:sz w:val="22"/>
          <w:szCs w:val="24"/>
        </w:rPr>
      </w:pPr>
      <w:r w:rsidRPr="00C671DB">
        <w:rPr>
          <w:szCs w:val="24"/>
        </w:rPr>
        <w:t>Students may leave a scheduled activity only with advisor approval and supervision.</w:t>
      </w:r>
    </w:p>
    <w:p w14:paraId="3D1EF327" w14:textId="77777777" w:rsidR="008D5BDF" w:rsidRPr="00C671DB" w:rsidRDefault="00000000">
      <w:pPr>
        <w:pStyle w:val="ListBullet"/>
        <w:spacing w:after="60" w:line="247" w:lineRule="auto"/>
        <w:rPr>
          <w:sz w:val="22"/>
          <w:szCs w:val="24"/>
        </w:rPr>
      </w:pPr>
      <w:r w:rsidRPr="00C671DB">
        <w:rPr>
          <w:szCs w:val="24"/>
        </w:rPr>
        <w:t>Advisors should monitor curfew and all hotel conduct expectations.</w:t>
      </w:r>
    </w:p>
    <w:p w14:paraId="6762F9D4" w14:textId="77777777" w:rsidR="008D5BDF" w:rsidRPr="00C671DB" w:rsidRDefault="00000000">
      <w:pPr>
        <w:pStyle w:val="ListBullet"/>
        <w:spacing w:after="60" w:line="247" w:lineRule="auto"/>
        <w:rPr>
          <w:sz w:val="22"/>
          <w:szCs w:val="24"/>
        </w:rPr>
      </w:pPr>
      <w:r w:rsidRPr="00C671DB">
        <w:rPr>
          <w:szCs w:val="24"/>
        </w:rPr>
        <w:t>No refunds will be issued after registration is submitted.</w:t>
      </w:r>
    </w:p>
    <w:p w14:paraId="5B1731F9" w14:textId="77777777" w:rsidR="008D5BDF" w:rsidRDefault="00000000">
      <w:r>
        <w:br w:type="page"/>
      </w:r>
    </w:p>
    <w:p w14:paraId="23E5163E" w14:textId="77777777" w:rsidR="008D5BDF" w:rsidRDefault="00000000">
      <w:pPr>
        <w:pStyle w:val="Title"/>
        <w:spacing w:after="80"/>
        <w:jc w:val="center"/>
      </w:pPr>
      <w:r>
        <w:rPr>
          <w:rFonts w:ascii="Aptos" w:hAnsi="Aptos"/>
          <w:b/>
          <w:sz w:val="36"/>
        </w:rPr>
        <w:lastRenderedPageBreak/>
        <w:t>Registration and Payment Summary</w:t>
      </w:r>
    </w:p>
    <w:p w14:paraId="26931ADF" w14:textId="77777777" w:rsidR="008D5BDF" w:rsidRPr="00C671DB" w:rsidRDefault="00000000">
      <w:pPr>
        <w:spacing w:after="240"/>
        <w:jc w:val="center"/>
        <w:rPr>
          <w:sz w:val="22"/>
          <w:szCs w:val="24"/>
        </w:rPr>
      </w:pPr>
      <w:r w:rsidRPr="00C671DB">
        <w:rPr>
          <w:color w:val="444444"/>
          <w:sz w:val="22"/>
          <w:szCs w:val="24"/>
        </w:rPr>
        <w:t>Return this page with payment or an approved purchase order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240"/>
        <w:gridCol w:w="6840"/>
      </w:tblGrid>
      <w:tr w:rsidR="008D5BDF" w:rsidRPr="00C671DB" w14:paraId="6EBD3B36" w14:textId="77777777">
        <w:trPr>
          <w:cantSplit/>
          <w:jc w:val="center"/>
        </w:trPr>
        <w:tc>
          <w:tcPr>
            <w:tcW w:w="3240" w:type="dxa"/>
            <w:tcMar>
              <w:top w:w="70" w:type="dxa"/>
              <w:left w:w="120" w:type="dxa"/>
              <w:bottom w:w="70" w:type="dxa"/>
              <w:right w:w="120" w:type="dxa"/>
            </w:tcMar>
            <w:vAlign w:val="center"/>
          </w:tcPr>
          <w:p w14:paraId="747AA863" w14:textId="77777777" w:rsidR="008D5BDF" w:rsidRPr="00C671DB" w:rsidRDefault="00000000">
            <w:pPr>
              <w:spacing w:after="0"/>
              <w:rPr>
                <w:sz w:val="22"/>
                <w:szCs w:val="24"/>
              </w:rPr>
            </w:pPr>
            <w:r w:rsidRPr="00C671DB">
              <w:rPr>
                <w:b/>
                <w:szCs w:val="24"/>
              </w:rPr>
              <w:t>SkillsUSA chapter or school</w:t>
            </w:r>
          </w:p>
        </w:tc>
        <w:tc>
          <w:tcPr>
            <w:tcW w:w="6840" w:type="dxa"/>
            <w:tcMar>
              <w:top w:w="70" w:type="dxa"/>
              <w:left w:w="120" w:type="dxa"/>
              <w:bottom w:w="70" w:type="dxa"/>
              <w:right w:w="120" w:type="dxa"/>
            </w:tcMar>
            <w:vAlign w:val="center"/>
          </w:tcPr>
          <w:p w14:paraId="209AD3D4" w14:textId="77777777" w:rsidR="008D5BDF" w:rsidRPr="00C671DB" w:rsidRDefault="00000000">
            <w:pPr>
              <w:spacing w:after="0"/>
              <w:rPr>
                <w:sz w:val="22"/>
                <w:szCs w:val="24"/>
              </w:rPr>
            </w:pPr>
            <w:r w:rsidRPr="00C671DB">
              <w:rPr>
                <w:szCs w:val="24"/>
              </w:rPr>
              <w:t>____________________________________________________________</w:t>
            </w:r>
          </w:p>
        </w:tc>
      </w:tr>
      <w:tr w:rsidR="008D5BDF" w:rsidRPr="00C671DB" w14:paraId="619F3428" w14:textId="77777777">
        <w:trPr>
          <w:cantSplit/>
          <w:jc w:val="center"/>
        </w:trPr>
        <w:tc>
          <w:tcPr>
            <w:tcW w:w="3240" w:type="dxa"/>
            <w:shd w:val="clear" w:color="auto" w:fill="F5F7F9"/>
            <w:tcMar>
              <w:top w:w="70" w:type="dxa"/>
              <w:left w:w="120" w:type="dxa"/>
              <w:bottom w:w="70" w:type="dxa"/>
              <w:right w:w="120" w:type="dxa"/>
            </w:tcMar>
            <w:vAlign w:val="center"/>
          </w:tcPr>
          <w:p w14:paraId="6C958698" w14:textId="77777777" w:rsidR="008D5BDF" w:rsidRPr="00C671DB" w:rsidRDefault="00000000">
            <w:pPr>
              <w:spacing w:after="0"/>
              <w:rPr>
                <w:sz w:val="22"/>
                <w:szCs w:val="24"/>
              </w:rPr>
            </w:pPr>
            <w:r w:rsidRPr="00C671DB">
              <w:rPr>
                <w:b/>
                <w:szCs w:val="24"/>
              </w:rPr>
              <w:t>Lead advisor</w:t>
            </w:r>
          </w:p>
        </w:tc>
        <w:tc>
          <w:tcPr>
            <w:tcW w:w="6840" w:type="dxa"/>
            <w:shd w:val="clear" w:color="auto" w:fill="F5F7F9"/>
            <w:tcMar>
              <w:top w:w="70" w:type="dxa"/>
              <w:left w:w="120" w:type="dxa"/>
              <w:bottom w:w="70" w:type="dxa"/>
              <w:right w:w="120" w:type="dxa"/>
            </w:tcMar>
            <w:vAlign w:val="center"/>
          </w:tcPr>
          <w:p w14:paraId="3F595859" w14:textId="77777777" w:rsidR="008D5BDF" w:rsidRPr="00C671DB" w:rsidRDefault="00000000">
            <w:pPr>
              <w:spacing w:after="0"/>
              <w:rPr>
                <w:sz w:val="22"/>
                <w:szCs w:val="24"/>
              </w:rPr>
            </w:pPr>
            <w:r w:rsidRPr="00C671DB">
              <w:rPr>
                <w:szCs w:val="24"/>
              </w:rPr>
              <w:t>____________________________________________________________</w:t>
            </w:r>
          </w:p>
        </w:tc>
      </w:tr>
      <w:tr w:rsidR="008D5BDF" w:rsidRPr="00C671DB" w14:paraId="51A184E7" w14:textId="77777777">
        <w:trPr>
          <w:cantSplit/>
          <w:jc w:val="center"/>
        </w:trPr>
        <w:tc>
          <w:tcPr>
            <w:tcW w:w="3240" w:type="dxa"/>
            <w:tcMar>
              <w:top w:w="70" w:type="dxa"/>
              <w:left w:w="120" w:type="dxa"/>
              <w:bottom w:w="70" w:type="dxa"/>
              <w:right w:w="120" w:type="dxa"/>
            </w:tcMar>
            <w:vAlign w:val="center"/>
          </w:tcPr>
          <w:p w14:paraId="33A0DCF7" w14:textId="77777777" w:rsidR="008D5BDF" w:rsidRPr="00C671DB" w:rsidRDefault="00000000">
            <w:pPr>
              <w:spacing w:after="0"/>
              <w:rPr>
                <w:sz w:val="22"/>
                <w:szCs w:val="24"/>
              </w:rPr>
            </w:pPr>
            <w:r w:rsidRPr="00C671DB">
              <w:rPr>
                <w:b/>
                <w:szCs w:val="24"/>
              </w:rPr>
              <w:t>Advisor email</w:t>
            </w:r>
          </w:p>
        </w:tc>
        <w:tc>
          <w:tcPr>
            <w:tcW w:w="6840" w:type="dxa"/>
            <w:tcMar>
              <w:top w:w="70" w:type="dxa"/>
              <w:left w:w="120" w:type="dxa"/>
              <w:bottom w:w="70" w:type="dxa"/>
              <w:right w:w="120" w:type="dxa"/>
            </w:tcMar>
            <w:vAlign w:val="center"/>
          </w:tcPr>
          <w:p w14:paraId="3D49C1ED" w14:textId="77777777" w:rsidR="008D5BDF" w:rsidRPr="00C671DB" w:rsidRDefault="00000000">
            <w:pPr>
              <w:spacing w:after="0"/>
              <w:rPr>
                <w:sz w:val="22"/>
                <w:szCs w:val="24"/>
              </w:rPr>
            </w:pPr>
            <w:r w:rsidRPr="00C671DB">
              <w:rPr>
                <w:szCs w:val="24"/>
              </w:rPr>
              <w:t>____________________________________________________________</w:t>
            </w:r>
          </w:p>
        </w:tc>
      </w:tr>
      <w:tr w:rsidR="008D5BDF" w:rsidRPr="00C671DB" w14:paraId="60D5CD41" w14:textId="77777777">
        <w:trPr>
          <w:cantSplit/>
          <w:jc w:val="center"/>
        </w:trPr>
        <w:tc>
          <w:tcPr>
            <w:tcW w:w="3240" w:type="dxa"/>
            <w:shd w:val="clear" w:color="auto" w:fill="F5F7F9"/>
            <w:tcMar>
              <w:top w:w="70" w:type="dxa"/>
              <w:left w:w="120" w:type="dxa"/>
              <w:bottom w:w="70" w:type="dxa"/>
              <w:right w:w="120" w:type="dxa"/>
            </w:tcMar>
            <w:vAlign w:val="center"/>
          </w:tcPr>
          <w:p w14:paraId="3C7469A9" w14:textId="77777777" w:rsidR="008D5BDF" w:rsidRPr="00C671DB" w:rsidRDefault="00000000">
            <w:pPr>
              <w:spacing w:after="0"/>
              <w:rPr>
                <w:sz w:val="22"/>
                <w:szCs w:val="24"/>
              </w:rPr>
            </w:pPr>
            <w:r w:rsidRPr="00C671DB">
              <w:rPr>
                <w:b/>
                <w:szCs w:val="24"/>
              </w:rPr>
              <w:t>Advisor phone</w:t>
            </w:r>
          </w:p>
        </w:tc>
        <w:tc>
          <w:tcPr>
            <w:tcW w:w="6840" w:type="dxa"/>
            <w:shd w:val="clear" w:color="auto" w:fill="F5F7F9"/>
            <w:tcMar>
              <w:top w:w="70" w:type="dxa"/>
              <w:left w:w="120" w:type="dxa"/>
              <w:bottom w:w="70" w:type="dxa"/>
              <w:right w:w="120" w:type="dxa"/>
            </w:tcMar>
            <w:vAlign w:val="center"/>
          </w:tcPr>
          <w:p w14:paraId="590646C5" w14:textId="77777777" w:rsidR="008D5BDF" w:rsidRPr="00C671DB" w:rsidRDefault="00000000">
            <w:pPr>
              <w:spacing w:after="0"/>
              <w:rPr>
                <w:sz w:val="22"/>
                <w:szCs w:val="24"/>
              </w:rPr>
            </w:pPr>
            <w:r w:rsidRPr="00C671DB">
              <w:rPr>
                <w:szCs w:val="24"/>
              </w:rPr>
              <w:t>____________________________________________________________</w:t>
            </w:r>
          </w:p>
        </w:tc>
      </w:tr>
    </w:tbl>
    <w:p w14:paraId="053020B7" w14:textId="77777777" w:rsidR="008D5BDF" w:rsidRPr="00C671DB" w:rsidRDefault="00000000">
      <w:pPr>
        <w:pStyle w:val="Heading1"/>
        <w:spacing w:before="200" w:after="80"/>
        <w:rPr>
          <w:sz w:val="32"/>
          <w:szCs w:val="32"/>
        </w:rPr>
      </w:pPr>
      <w:r w:rsidRPr="00C671DB">
        <w:rPr>
          <w:rFonts w:ascii="Aptos" w:hAnsi="Aptos"/>
          <w:szCs w:val="32"/>
        </w:rPr>
        <w:t>Online Registration Required</w:t>
      </w:r>
    </w:p>
    <w:p w14:paraId="2263C7C0" w14:textId="77777777" w:rsidR="008D5BDF" w:rsidRPr="00C671DB" w:rsidRDefault="00000000">
      <w:pPr>
        <w:spacing w:after="120" w:line="259" w:lineRule="auto"/>
        <w:rPr>
          <w:sz w:val="22"/>
          <w:szCs w:val="24"/>
        </w:rPr>
      </w:pPr>
      <w:r w:rsidRPr="00C671DB">
        <w:rPr>
          <w:sz w:val="22"/>
          <w:szCs w:val="24"/>
        </w:rPr>
        <w:t>All participants and design contestants must be registered through the national registration system:</w:t>
      </w:r>
    </w:p>
    <w:p w14:paraId="68F2DE39" w14:textId="77777777" w:rsidR="008D5BDF" w:rsidRPr="00C671DB" w:rsidRDefault="00000000">
      <w:pPr>
        <w:spacing w:after="160"/>
        <w:rPr>
          <w:sz w:val="22"/>
          <w:szCs w:val="24"/>
        </w:rPr>
      </w:pPr>
      <w:hyperlink r:id="rId8">
        <w:r w:rsidRPr="00C671DB">
          <w:rPr>
            <w:color w:val="005B8E"/>
            <w:sz w:val="22"/>
            <w:szCs w:val="24"/>
            <w:u w:val="single"/>
          </w:rPr>
          <w:t>https://www.skillsusa-register.org</w:t>
        </w:r>
      </w:hyperlink>
    </w:p>
    <w:p w14:paraId="484429DE" w14:textId="77777777" w:rsidR="008D5BDF" w:rsidRPr="00C671DB" w:rsidRDefault="00000000">
      <w:pPr>
        <w:spacing w:after="120" w:line="259" w:lineRule="auto"/>
        <w:rPr>
          <w:sz w:val="22"/>
          <w:szCs w:val="24"/>
        </w:rPr>
      </w:pPr>
      <w:r w:rsidRPr="00C671DB">
        <w:rPr>
          <w:sz w:val="22"/>
          <w:szCs w:val="24"/>
        </w:rPr>
        <w:t>Registration must be submitted by November 6, 2026. A $10 late fee will be added for each late registrant. Payment is requested before the conference; an approved school purchase order or check may be presented at Monday registration if advance payment is not possible.</w:t>
      </w:r>
    </w:p>
    <w:p w14:paraId="7A06F878" w14:textId="77777777" w:rsidR="008D5BDF" w:rsidRPr="00C671DB" w:rsidRDefault="00000000">
      <w:pPr>
        <w:pStyle w:val="Heading1"/>
        <w:spacing w:before="200" w:after="80"/>
        <w:rPr>
          <w:sz w:val="32"/>
          <w:szCs w:val="32"/>
        </w:rPr>
      </w:pPr>
      <w:r w:rsidRPr="00C671DB">
        <w:rPr>
          <w:rFonts w:ascii="Aptos" w:hAnsi="Aptos"/>
          <w:szCs w:val="32"/>
        </w:rPr>
        <w:t>Design Contests</w:t>
      </w:r>
    </w:p>
    <w:p w14:paraId="78771717" w14:textId="77777777" w:rsidR="008D5BDF" w:rsidRPr="00C671DB" w:rsidRDefault="00000000">
      <w:pPr>
        <w:pStyle w:val="ListBullet"/>
        <w:spacing w:after="60" w:line="247" w:lineRule="auto"/>
        <w:rPr>
          <w:sz w:val="22"/>
          <w:szCs w:val="24"/>
        </w:rPr>
      </w:pPr>
      <w:r w:rsidRPr="00C671DB">
        <w:rPr>
          <w:szCs w:val="24"/>
        </w:rPr>
        <w:t>Pin, T-shirt, and banner design contest fee: $10 per design contestant; submit two sets of each design and follow the applicable National Technical Standards.</w:t>
      </w:r>
    </w:p>
    <w:p w14:paraId="0BBDC52B" w14:textId="2A277241" w:rsidR="008D5BDF" w:rsidRPr="00C671DB" w:rsidRDefault="00000000">
      <w:pPr>
        <w:pStyle w:val="ListBullet"/>
        <w:spacing w:after="60" w:line="247" w:lineRule="auto"/>
        <w:rPr>
          <w:sz w:val="22"/>
          <w:szCs w:val="24"/>
        </w:rPr>
      </w:pPr>
      <w:r w:rsidRPr="00C671DB">
        <w:rPr>
          <w:szCs w:val="24"/>
        </w:rPr>
        <w:t xml:space="preserve">Register competing students as </w:t>
      </w:r>
      <w:r w:rsidR="00526AAA" w:rsidRPr="00C671DB">
        <w:rPr>
          <w:szCs w:val="24"/>
        </w:rPr>
        <w:t>“</w:t>
      </w:r>
      <w:r w:rsidRPr="00C671DB">
        <w:rPr>
          <w:szCs w:val="24"/>
        </w:rPr>
        <w:t>Design Contestant/Conference Participant</w:t>
      </w:r>
      <w:r w:rsidR="00526AAA" w:rsidRPr="00C671DB">
        <w:rPr>
          <w:szCs w:val="24"/>
        </w:rPr>
        <w:t>”</w:t>
      </w:r>
      <w:r w:rsidRPr="00C671DB">
        <w:rPr>
          <w:szCs w:val="24"/>
        </w:rPr>
        <w:t xml:space="preserve">, not only as </w:t>
      </w:r>
      <w:r w:rsidR="00526AAA" w:rsidRPr="00C671DB">
        <w:rPr>
          <w:szCs w:val="24"/>
        </w:rPr>
        <w:t>“</w:t>
      </w:r>
      <w:r w:rsidRPr="00C671DB">
        <w:rPr>
          <w:szCs w:val="24"/>
        </w:rPr>
        <w:t>Conference Participant</w:t>
      </w:r>
      <w:r w:rsidR="00526AAA" w:rsidRPr="00C671DB">
        <w:rPr>
          <w:szCs w:val="24"/>
        </w:rPr>
        <w:t>”</w:t>
      </w:r>
      <w:r w:rsidRPr="00C671DB">
        <w:rPr>
          <w:szCs w:val="24"/>
        </w:rPr>
        <w:t>.</w:t>
      </w:r>
    </w:p>
    <w:p w14:paraId="0A41C72F" w14:textId="77777777" w:rsidR="008D5BDF" w:rsidRPr="00C671DB" w:rsidRDefault="00000000">
      <w:pPr>
        <w:pStyle w:val="ListBullet"/>
        <w:spacing w:after="60" w:line="247" w:lineRule="auto"/>
        <w:rPr>
          <w:sz w:val="22"/>
          <w:szCs w:val="24"/>
        </w:rPr>
      </w:pPr>
      <w:r w:rsidRPr="00C671DB">
        <w:rPr>
          <w:szCs w:val="24"/>
        </w:rPr>
        <w:t>All submitted designs become the property of SkillsUSA Louisiana once entered.</w:t>
      </w:r>
    </w:p>
    <w:p w14:paraId="18831145" w14:textId="77777777" w:rsidR="008D5BDF" w:rsidRPr="00C671DB" w:rsidRDefault="00000000">
      <w:pPr>
        <w:pStyle w:val="Heading1"/>
        <w:spacing w:before="200" w:after="80"/>
        <w:rPr>
          <w:sz w:val="32"/>
          <w:szCs w:val="32"/>
        </w:rPr>
      </w:pPr>
      <w:r w:rsidRPr="00C671DB">
        <w:rPr>
          <w:rFonts w:ascii="Aptos" w:hAnsi="Aptos"/>
          <w:szCs w:val="32"/>
        </w:rPr>
        <w:t>Amount Due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20"/>
        <w:gridCol w:w="2520"/>
        <w:gridCol w:w="2520"/>
        <w:gridCol w:w="2520"/>
      </w:tblGrid>
      <w:tr w:rsidR="008D5BDF" w:rsidRPr="00C671DB" w14:paraId="35AA440E" w14:textId="77777777">
        <w:trPr>
          <w:tblHeader/>
          <w:jc w:val="center"/>
        </w:trPr>
        <w:tc>
          <w:tcPr>
            <w:tcW w:w="2520" w:type="dxa"/>
            <w:shd w:val="clear" w:color="auto" w:fill="005B8E"/>
            <w:vAlign w:val="center"/>
          </w:tcPr>
          <w:p w14:paraId="773A4A92" w14:textId="77777777" w:rsidR="008D5BDF" w:rsidRPr="00C671DB" w:rsidRDefault="00000000">
            <w:pPr>
              <w:jc w:val="center"/>
              <w:rPr>
                <w:sz w:val="22"/>
                <w:szCs w:val="24"/>
              </w:rPr>
            </w:pPr>
            <w:r w:rsidRPr="00C671DB">
              <w:rPr>
                <w:b/>
                <w:color w:val="FFFFFF"/>
                <w:sz w:val="22"/>
                <w:szCs w:val="24"/>
              </w:rPr>
              <w:t>Item</w:t>
            </w:r>
          </w:p>
        </w:tc>
        <w:tc>
          <w:tcPr>
            <w:tcW w:w="2520" w:type="dxa"/>
            <w:shd w:val="clear" w:color="auto" w:fill="005B8E"/>
            <w:vAlign w:val="center"/>
          </w:tcPr>
          <w:p w14:paraId="124BC053" w14:textId="77777777" w:rsidR="008D5BDF" w:rsidRPr="00C671DB" w:rsidRDefault="00000000">
            <w:pPr>
              <w:jc w:val="center"/>
              <w:rPr>
                <w:sz w:val="22"/>
                <w:szCs w:val="24"/>
              </w:rPr>
            </w:pPr>
            <w:r w:rsidRPr="00C671DB">
              <w:rPr>
                <w:b/>
                <w:color w:val="FFFFFF"/>
                <w:sz w:val="22"/>
                <w:szCs w:val="24"/>
              </w:rPr>
              <w:t>Quantity</w:t>
            </w:r>
          </w:p>
        </w:tc>
        <w:tc>
          <w:tcPr>
            <w:tcW w:w="2520" w:type="dxa"/>
            <w:shd w:val="clear" w:color="auto" w:fill="005B8E"/>
            <w:vAlign w:val="center"/>
          </w:tcPr>
          <w:p w14:paraId="7F1DD83C" w14:textId="77777777" w:rsidR="008D5BDF" w:rsidRPr="00C671DB" w:rsidRDefault="00000000">
            <w:pPr>
              <w:jc w:val="center"/>
              <w:rPr>
                <w:sz w:val="22"/>
                <w:szCs w:val="24"/>
              </w:rPr>
            </w:pPr>
            <w:r w:rsidRPr="00C671DB">
              <w:rPr>
                <w:b/>
                <w:color w:val="FFFFFF"/>
                <w:sz w:val="22"/>
                <w:szCs w:val="24"/>
              </w:rPr>
              <w:t>Rate</w:t>
            </w:r>
          </w:p>
        </w:tc>
        <w:tc>
          <w:tcPr>
            <w:tcW w:w="2520" w:type="dxa"/>
            <w:shd w:val="clear" w:color="auto" w:fill="005B8E"/>
            <w:vAlign w:val="center"/>
          </w:tcPr>
          <w:p w14:paraId="36FD7CD2" w14:textId="77777777" w:rsidR="008D5BDF" w:rsidRPr="00C671DB" w:rsidRDefault="00000000">
            <w:pPr>
              <w:jc w:val="center"/>
              <w:rPr>
                <w:sz w:val="22"/>
                <w:szCs w:val="24"/>
              </w:rPr>
            </w:pPr>
            <w:r w:rsidRPr="00C671DB">
              <w:rPr>
                <w:b/>
                <w:color w:val="FFFFFF"/>
                <w:sz w:val="22"/>
                <w:szCs w:val="24"/>
              </w:rPr>
              <w:t>Amount</w:t>
            </w:r>
          </w:p>
        </w:tc>
      </w:tr>
      <w:tr w:rsidR="008D5BDF" w:rsidRPr="00C671DB" w14:paraId="19A0621E" w14:textId="77777777">
        <w:trPr>
          <w:jc w:val="center"/>
        </w:trPr>
        <w:tc>
          <w:tcPr>
            <w:tcW w:w="2520" w:type="dxa"/>
            <w:tcMar>
              <w:top w:w="95" w:type="dxa"/>
              <w:left w:w="120" w:type="dxa"/>
              <w:bottom w:w="95" w:type="dxa"/>
              <w:right w:w="120" w:type="dxa"/>
            </w:tcMar>
            <w:vAlign w:val="center"/>
          </w:tcPr>
          <w:p w14:paraId="600196AA" w14:textId="77777777" w:rsidR="008D5BDF" w:rsidRPr="00C671DB" w:rsidRDefault="00000000">
            <w:pPr>
              <w:rPr>
                <w:sz w:val="22"/>
                <w:szCs w:val="24"/>
              </w:rPr>
            </w:pPr>
            <w:r w:rsidRPr="00C671DB">
              <w:rPr>
                <w:sz w:val="22"/>
                <w:szCs w:val="24"/>
              </w:rPr>
              <w:t>Conference participants</w:t>
            </w:r>
          </w:p>
        </w:tc>
        <w:tc>
          <w:tcPr>
            <w:tcW w:w="2520" w:type="dxa"/>
            <w:tcMar>
              <w:top w:w="95" w:type="dxa"/>
              <w:left w:w="120" w:type="dxa"/>
              <w:bottom w:w="95" w:type="dxa"/>
              <w:right w:w="120" w:type="dxa"/>
            </w:tcMar>
            <w:vAlign w:val="center"/>
          </w:tcPr>
          <w:p w14:paraId="37FDDFD6" w14:textId="77777777" w:rsidR="008D5BDF" w:rsidRPr="00C671DB" w:rsidRDefault="00000000">
            <w:pPr>
              <w:jc w:val="center"/>
              <w:rPr>
                <w:sz w:val="22"/>
                <w:szCs w:val="24"/>
              </w:rPr>
            </w:pPr>
            <w:r w:rsidRPr="00C671DB">
              <w:rPr>
                <w:sz w:val="22"/>
                <w:szCs w:val="24"/>
              </w:rPr>
              <w:t>_______</w:t>
            </w:r>
          </w:p>
        </w:tc>
        <w:tc>
          <w:tcPr>
            <w:tcW w:w="2520" w:type="dxa"/>
            <w:tcMar>
              <w:top w:w="95" w:type="dxa"/>
              <w:left w:w="120" w:type="dxa"/>
              <w:bottom w:w="95" w:type="dxa"/>
              <w:right w:w="120" w:type="dxa"/>
            </w:tcMar>
            <w:vAlign w:val="center"/>
          </w:tcPr>
          <w:p w14:paraId="2180D3AF" w14:textId="77777777" w:rsidR="008D5BDF" w:rsidRPr="00C671DB" w:rsidRDefault="00000000">
            <w:pPr>
              <w:jc w:val="center"/>
              <w:rPr>
                <w:sz w:val="22"/>
                <w:szCs w:val="24"/>
              </w:rPr>
            </w:pPr>
            <w:r w:rsidRPr="00C671DB">
              <w:rPr>
                <w:sz w:val="22"/>
                <w:szCs w:val="24"/>
              </w:rPr>
              <w:t>$100</w:t>
            </w:r>
          </w:p>
        </w:tc>
        <w:tc>
          <w:tcPr>
            <w:tcW w:w="2520" w:type="dxa"/>
            <w:tcMar>
              <w:top w:w="95" w:type="dxa"/>
              <w:left w:w="120" w:type="dxa"/>
              <w:bottom w:w="95" w:type="dxa"/>
              <w:right w:w="120" w:type="dxa"/>
            </w:tcMar>
            <w:vAlign w:val="center"/>
          </w:tcPr>
          <w:p w14:paraId="6645AA3A" w14:textId="77777777" w:rsidR="008D5BDF" w:rsidRPr="00C671DB" w:rsidRDefault="00000000">
            <w:pPr>
              <w:jc w:val="center"/>
              <w:rPr>
                <w:sz w:val="22"/>
                <w:szCs w:val="24"/>
              </w:rPr>
            </w:pPr>
            <w:r w:rsidRPr="00C671DB">
              <w:rPr>
                <w:sz w:val="22"/>
                <w:szCs w:val="24"/>
              </w:rPr>
              <w:t>$__________</w:t>
            </w:r>
          </w:p>
        </w:tc>
      </w:tr>
      <w:tr w:rsidR="008D5BDF" w:rsidRPr="00C671DB" w14:paraId="47A83B3C" w14:textId="77777777" w:rsidTr="00526AAA">
        <w:trPr>
          <w:jc w:val="center"/>
        </w:trPr>
        <w:tc>
          <w:tcPr>
            <w:tcW w:w="2520" w:type="dxa"/>
            <w:shd w:val="clear" w:color="auto" w:fill="F5F7F9"/>
            <w:tcMar>
              <w:top w:w="95" w:type="dxa"/>
              <w:left w:w="120" w:type="dxa"/>
              <w:bottom w:w="95" w:type="dxa"/>
              <w:right w:w="120" w:type="dxa"/>
            </w:tcMar>
            <w:vAlign w:val="center"/>
          </w:tcPr>
          <w:p w14:paraId="38E0D3B8" w14:textId="77777777" w:rsidR="008D5BDF" w:rsidRPr="00C671DB" w:rsidRDefault="00000000">
            <w:pPr>
              <w:rPr>
                <w:sz w:val="22"/>
                <w:szCs w:val="24"/>
              </w:rPr>
            </w:pPr>
            <w:r w:rsidRPr="00C671DB">
              <w:rPr>
                <w:sz w:val="22"/>
                <w:szCs w:val="24"/>
              </w:rPr>
              <w:t>Design contestants</w:t>
            </w:r>
          </w:p>
        </w:tc>
        <w:tc>
          <w:tcPr>
            <w:tcW w:w="2520" w:type="dxa"/>
            <w:shd w:val="clear" w:color="auto" w:fill="F5F7F9"/>
            <w:tcMar>
              <w:top w:w="95" w:type="dxa"/>
              <w:left w:w="120" w:type="dxa"/>
              <w:bottom w:w="95" w:type="dxa"/>
              <w:right w:w="120" w:type="dxa"/>
            </w:tcMar>
            <w:vAlign w:val="center"/>
          </w:tcPr>
          <w:p w14:paraId="242703E0" w14:textId="77777777" w:rsidR="008D5BDF" w:rsidRPr="00C671DB" w:rsidRDefault="00000000" w:rsidP="00526AAA">
            <w:pPr>
              <w:jc w:val="center"/>
              <w:rPr>
                <w:sz w:val="22"/>
                <w:szCs w:val="24"/>
              </w:rPr>
            </w:pPr>
            <w:r w:rsidRPr="00C671DB">
              <w:rPr>
                <w:sz w:val="22"/>
                <w:szCs w:val="24"/>
              </w:rPr>
              <w:t>_______</w:t>
            </w:r>
          </w:p>
        </w:tc>
        <w:tc>
          <w:tcPr>
            <w:tcW w:w="2520" w:type="dxa"/>
            <w:shd w:val="clear" w:color="auto" w:fill="F5F7F9"/>
            <w:tcMar>
              <w:top w:w="95" w:type="dxa"/>
              <w:left w:w="120" w:type="dxa"/>
              <w:bottom w:w="95" w:type="dxa"/>
              <w:right w:w="120" w:type="dxa"/>
            </w:tcMar>
            <w:vAlign w:val="center"/>
          </w:tcPr>
          <w:p w14:paraId="07CC6D8A" w14:textId="77777777" w:rsidR="008D5BDF" w:rsidRPr="00C671DB" w:rsidRDefault="00000000">
            <w:pPr>
              <w:jc w:val="center"/>
              <w:rPr>
                <w:sz w:val="22"/>
                <w:szCs w:val="24"/>
              </w:rPr>
            </w:pPr>
            <w:r w:rsidRPr="00C671DB">
              <w:rPr>
                <w:sz w:val="22"/>
                <w:szCs w:val="24"/>
              </w:rPr>
              <w:t>$10</w:t>
            </w:r>
          </w:p>
        </w:tc>
        <w:tc>
          <w:tcPr>
            <w:tcW w:w="2520" w:type="dxa"/>
            <w:shd w:val="clear" w:color="auto" w:fill="F5F7F9"/>
            <w:tcMar>
              <w:top w:w="95" w:type="dxa"/>
              <w:left w:w="120" w:type="dxa"/>
              <w:bottom w:w="95" w:type="dxa"/>
              <w:right w:w="120" w:type="dxa"/>
            </w:tcMar>
            <w:vAlign w:val="center"/>
          </w:tcPr>
          <w:p w14:paraId="4892ED59" w14:textId="77777777" w:rsidR="008D5BDF" w:rsidRPr="00C671DB" w:rsidRDefault="00000000">
            <w:pPr>
              <w:jc w:val="center"/>
              <w:rPr>
                <w:sz w:val="22"/>
                <w:szCs w:val="24"/>
              </w:rPr>
            </w:pPr>
            <w:r w:rsidRPr="00C671DB">
              <w:rPr>
                <w:sz w:val="22"/>
                <w:szCs w:val="24"/>
              </w:rPr>
              <w:t>$__________</w:t>
            </w:r>
          </w:p>
        </w:tc>
      </w:tr>
      <w:tr w:rsidR="008D5BDF" w:rsidRPr="00C671DB" w14:paraId="177F6625" w14:textId="77777777">
        <w:trPr>
          <w:jc w:val="center"/>
        </w:trPr>
        <w:tc>
          <w:tcPr>
            <w:tcW w:w="2520" w:type="dxa"/>
            <w:tcMar>
              <w:top w:w="95" w:type="dxa"/>
              <w:left w:w="120" w:type="dxa"/>
              <w:bottom w:w="95" w:type="dxa"/>
              <w:right w:w="120" w:type="dxa"/>
            </w:tcMar>
            <w:vAlign w:val="center"/>
          </w:tcPr>
          <w:p w14:paraId="1BF546B7" w14:textId="77777777" w:rsidR="008D5BDF" w:rsidRPr="00C671DB" w:rsidRDefault="00000000">
            <w:pPr>
              <w:rPr>
                <w:sz w:val="22"/>
                <w:szCs w:val="24"/>
              </w:rPr>
            </w:pPr>
            <w:r w:rsidRPr="00C671DB">
              <w:rPr>
                <w:b/>
                <w:sz w:val="22"/>
                <w:szCs w:val="24"/>
              </w:rPr>
              <w:t>Total due</w:t>
            </w:r>
          </w:p>
        </w:tc>
        <w:tc>
          <w:tcPr>
            <w:tcW w:w="2520" w:type="dxa"/>
            <w:tcMar>
              <w:top w:w="95" w:type="dxa"/>
              <w:left w:w="120" w:type="dxa"/>
              <w:bottom w:w="95" w:type="dxa"/>
              <w:right w:w="120" w:type="dxa"/>
            </w:tcMar>
            <w:vAlign w:val="center"/>
          </w:tcPr>
          <w:p w14:paraId="2BA68CC2" w14:textId="77777777" w:rsidR="008D5BDF" w:rsidRPr="00C671DB" w:rsidRDefault="008D5BDF">
            <w:pPr>
              <w:jc w:val="center"/>
              <w:rPr>
                <w:sz w:val="22"/>
                <w:szCs w:val="24"/>
              </w:rPr>
            </w:pPr>
          </w:p>
        </w:tc>
        <w:tc>
          <w:tcPr>
            <w:tcW w:w="2520" w:type="dxa"/>
            <w:tcMar>
              <w:top w:w="95" w:type="dxa"/>
              <w:left w:w="120" w:type="dxa"/>
              <w:bottom w:w="95" w:type="dxa"/>
              <w:right w:w="120" w:type="dxa"/>
            </w:tcMar>
            <w:vAlign w:val="center"/>
          </w:tcPr>
          <w:p w14:paraId="2F72C3BF" w14:textId="77777777" w:rsidR="008D5BDF" w:rsidRPr="00C671DB" w:rsidRDefault="008D5BDF">
            <w:pPr>
              <w:jc w:val="center"/>
              <w:rPr>
                <w:sz w:val="22"/>
                <w:szCs w:val="24"/>
              </w:rPr>
            </w:pPr>
          </w:p>
        </w:tc>
        <w:tc>
          <w:tcPr>
            <w:tcW w:w="2520" w:type="dxa"/>
            <w:tcMar>
              <w:top w:w="95" w:type="dxa"/>
              <w:left w:w="120" w:type="dxa"/>
              <w:bottom w:w="95" w:type="dxa"/>
              <w:right w:w="120" w:type="dxa"/>
            </w:tcMar>
            <w:vAlign w:val="center"/>
          </w:tcPr>
          <w:p w14:paraId="60CC44FC" w14:textId="77777777" w:rsidR="008D5BDF" w:rsidRPr="00C671DB" w:rsidRDefault="00000000">
            <w:pPr>
              <w:jc w:val="center"/>
              <w:rPr>
                <w:sz w:val="22"/>
                <w:szCs w:val="24"/>
              </w:rPr>
            </w:pPr>
            <w:r w:rsidRPr="00C671DB">
              <w:rPr>
                <w:b/>
                <w:sz w:val="22"/>
                <w:szCs w:val="24"/>
              </w:rPr>
              <w:t>$__________</w:t>
            </w:r>
          </w:p>
        </w:tc>
      </w:tr>
    </w:tbl>
    <w:p w14:paraId="0D7E50D1" w14:textId="77777777" w:rsidR="008D5BDF" w:rsidRPr="00C671DB" w:rsidRDefault="00000000">
      <w:pPr>
        <w:pStyle w:val="Heading1"/>
        <w:spacing w:before="200" w:after="80"/>
        <w:rPr>
          <w:sz w:val="32"/>
          <w:szCs w:val="32"/>
        </w:rPr>
      </w:pPr>
      <w:r w:rsidRPr="00C671DB">
        <w:rPr>
          <w:rFonts w:ascii="Aptos" w:hAnsi="Aptos"/>
          <w:szCs w:val="32"/>
        </w:rPr>
        <w:t>Mailing Instructions</w:t>
      </w:r>
    </w:p>
    <w:p w14:paraId="41EF1E51" w14:textId="77777777" w:rsidR="008D5BDF" w:rsidRPr="00C671DB" w:rsidRDefault="00000000">
      <w:pPr>
        <w:spacing w:after="120" w:line="259" w:lineRule="auto"/>
        <w:rPr>
          <w:sz w:val="22"/>
          <w:szCs w:val="24"/>
        </w:rPr>
      </w:pPr>
      <w:r w:rsidRPr="00C671DB">
        <w:rPr>
          <w:sz w:val="22"/>
          <w:szCs w:val="24"/>
        </w:rPr>
        <w:t>Make checks payable to SkillsUSA Louisiana. Mail payment, this summary page, and the submitted online registration invoice to SkillsUSA Louisiana, Fall Leadership Registration, 498 Enterprise Dr., Houma, LA 70360.</w:t>
      </w:r>
    </w:p>
    <w:p w14:paraId="0D6AF2B4" w14:textId="77777777" w:rsidR="008D5BDF" w:rsidRDefault="00000000">
      <w:r>
        <w:br w:type="page"/>
      </w:r>
    </w:p>
    <w:p w14:paraId="5AED9EBC" w14:textId="77777777" w:rsidR="008D5BDF" w:rsidRDefault="00000000">
      <w:pPr>
        <w:pStyle w:val="Title"/>
        <w:spacing w:after="80"/>
        <w:jc w:val="center"/>
      </w:pPr>
      <w:r>
        <w:rPr>
          <w:rFonts w:ascii="Aptos" w:hAnsi="Aptos"/>
          <w:b/>
          <w:sz w:val="36"/>
        </w:rPr>
        <w:lastRenderedPageBreak/>
        <w:t>Online Registration Instructions</w:t>
      </w:r>
    </w:p>
    <w:p w14:paraId="68EF66BD" w14:textId="77777777" w:rsidR="008D5BDF" w:rsidRPr="00C671DB" w:rsidRDefault="00000000">
      <w:pPr>
        <w:spacing w:after="120" w:line="259" w:lineRule="auto"/>
        <w:rPr>
          <w:sz w:val="24"/>
          <w:szCs w:val="28"/>
        </w:rPr>
      </w:pPr>
      <w:r w:rsidRPr="00C671DB">
        <w:rPr>
          <w:sz w:val="24"/>
          <w:szCs w:val="28"/>
        </w:rPr>
        <w:t>Register conference participants through the SkillsUSA registration system. The menu names below may vary slightly if the system is updated.</w:t>
      </w:r>
    </w:p>
    <w:p w14:paraId="434555B3" w14:textId="77777777" w:rsidR="008D5BDF" w:rsidRPr="00C671DB" w:rsidRDefault="00000000">
      <w:pPr>
        <w:spacing w:after="160"/>
        <w:rPr>
          <w:sz w:val="24"/>
          <w:szCs w:val="28"/>
        </w:rPr>
      </w:pPr>
      <w:hyperlink r:id="rId9">
        <w:r w:rsidRPr="00C671DB">
          <w:rPr>
            <w:color w:val="005B8E"/>
            <w:sz w:val="24"/>
            <w:szCs w:val="28"/>
            <w:u w:val="single"/>
          </w:rPr>
          <w:t>https://www.skillsusa-register.org</w:t>
        </w:r>
      </w:hyperlink>
    </w:p>
    <w:p w14:paraId="55F5833A" w14:textId="77777777" w:rsidR="008D5BDF" w:rsidRPr="00C671DB" w:rsidRDefault="00000000">
      <w:pPr>
        <w:pStyle w:val="Heading1"/>
        <w:spacing w:before="200" w:after="80"/>
        <w:rPr>
          <w:sz w:val="36"/>
          <w:szCs w:val="36"/>
        </w:rPr>
      </w:pPr>
      <w:r w:rsidRPr="00C671DB">
        <w:rPr>
          <w:rFonts w:ascii="Aptos" w:hAnsi="Aptos"/>
          <w:sz w:val="32"/>
          <w:szCs w:val="36"/>
        </w:rPr>
        <w:t>Add or Update Members</w:t>
      </w:r>
    </w:p>
    <w:p w14:paraId="46B821AF" w14:textId="77777777" w:rsidR="008D5BDF" w:rsidRPr="00C671DB" w:rsidRDefault="00000000">
      <w:pPr>
        <w:pStyle w:val="ListNumber"/>
        <w:spacing w:after="60" w:line="247" w:lineRule="auto"/>
        <w:rPr>
          <w:sz w:val="24"/>
          <w:szCs w:val="28"/>
        </w:rPr>
      </w:pPr>
      <w:r w:rsidRPr="00C671DB">
        <w:rPr>
          <w:sz w:val="22"/>
          <w:szCs w:val="28"/>
        </w:rPr>
        <w:t>Select Membership from the main menu, then select Add/Edit Members.</w:t>
      </w:r>
    </w:p>
    <w:p w14:paraId="20F119B5" w14:textId="77777777" w:rsidR="008D5BDF" w:rsidRPr="00C671DB" w:rsidRDefault="00000000">
      <w:pPr>
        <w:pStyle w:val="ListNumber"/>
        <w:spacing w:after="60" w:line="247" w:lineRule="auto"/>
        <w:rPr>
          <w:sz w:val="24"/>
          <w:szCs w:val="28"/>
        </w:rPr>
      </w:pPr>
      <w:r w:rsidRPr="00C671DB">
        <w:rPr>
          <w:sz w:val="22"/>
          <w:szCs w:val="28"/>
        </w:rPr>
        <w:t>Review the advisors listed for your school and update them if needed.</w:t>
      </w:r>
    </w:p>
    <w:p w14:paraId="5C73F424" w14:textId="77777777" w:rsidR="008D5BDF" w:rsidRPr="00C671DB" w:rsidRDefault="00000000">
      <w:pPr>
        <w:pStyle w:val="ListNumber"/>
        <w:spacing w:after="60" w:line="247" w:lineRule="auto"/>
        <w:rPr>
          <w:sz w:val="24"/>
          <w:szCs w:val="28"/>
        </w:rPr>
      </w:pPr>
      <w:r w:rsidRPr="00C671DB">
        <w:rPr>
          <w:sz w:val="22"/>
          <w:szCs w:val="28"/>
        </w:rPr>
        <w:t>Select the appropriate advisor and open the member list.</w:t>
      </w:r>
    </w:p>
    <w:p w14:paraId="6769FC8A" w14:textId="77777777" w:rsidR="008D5BDF" w:rsidRPr="00C671DB" w:rsidRDefault="00000000">
      <w:pPr>
        <w:pStyle w:val="ListNumber"/>
        <w:spacing w:after="60" w:line="247" w:lineRule="auto"/>
        <w:rPr>
          <w:sz w:val="24"/>
          <w:szCs w:val="28"/>
        </w:rPr>
      </w:pPr>
      <w:r w:rsidRPr="00C671DB">
        <w:rPr>
          <w:sz w:val="22"/>
          <w:szCs w:val="28"/>
        </w:rPr>
        <w:t>Use New to add a student or member who is not already listed.</w:t>
      </w:r>
    </w:p>
    <w:p w14:paraId="680A36D0" w14:textId="77777777" w:rsidR="008D5BDF" w:rsidRPr="00C671DB" w:rsidRDefault="00000000">
      <w:pPr>
        <w:pStyle w:val="Heading1"/>
        <w:spacing w:before="200" w:after="80"/>
        <w:rPr>
          <w:sz w:val="36"/>
          <w:szCs w:val="36"/>
        </w:rPr>
      </w:pPr>
      <w:r w:rsidRPr="00C671DB">
        <w:rPr>
          <w:rFonts w:ascii="Aptos" w:hAnsi="Aptos"/>
          <w:sz w:val="32"/>
          <w:szCs w:val="36"/>
        </w:rPr>
        <w:t>Register Participants</w:t>
      </w:r>
    </w:p>
    <w:p w14:paraId="6AE5ACFD" w14:textId="77777777" w:rsidR="008D5BDF" w:rsidRPr="00C671DB" w:rsidRDefault="00000000">
      <w:pPr>
        <w:pStyle w:val="ListNumber"/>
        <w:spacing w:after="60" w:line="247" w:lineRule="auto"/>
        <w:rPr>
          <w:sz w:val="24"/>
          <w:szCs w:val="28"/>
        </w:rPr>
      </w:pPr>
      <w:r w:rsidRPr="00C671DB">
        <w:rPr>
          <w:sz w:val="22"/>
          <w:szCs w:val="28"/>
        </w:rPr>
        <w:t>Select Conference Registration from the main menu.</w:t>
      </w:r>
    </w:p>
    <w:p w14:paraId="082A678A" w14:textId="77777777" w:rsidR="008D5BDF" w:rsidRPr="00C671DB" w:rsidRDefault="00000000">
      <w:pPr>
        <w:pStyle w:val="ListNumber"/>
        <w:spacing w:after="60" w:line="247" w:lineRule="auto"/>
        <w:rPr>
          <w:sz w:val="24"/>
          <w:szCs w:val="28"/>
        </w:rPr>
      </w:pPr>
      <w:r w:rsidRPr="00C671DB">
        <w:rPr>
          <w:sz w:val="22"/>
          <w:szCs w:val="28"/>
        </w:rPr>
        <w:t>Choose SkillsUSA Louisiana Fall Leadership Conference.</w:t>
      </w:r>
    </w:p>
    <w:p w14:paraId="5DD2D5E6" w14:textId="77777777" w:rsidR="008D5BDF" w:rsidRPr="00C671DB" w:rsidRDefault="00000000">
      <w:pPr>
        <w:pStyle w:val="ListNumber"/>
        <w:spacing w:after="60" w:line="247" w:lineRule="auto"/>
        <w:rPr>
          <w:sz w:val="24"/>
          <w:szCs w:val="28"/>
        </w:rPr>
      </w:pPr>
      <w:r w:rsidRPr="00C671DB">
        <w:rPr>
          <w:sz w:val="22"/>
          <w:szCs w:val="28"/>
        </w:rPr>
        <w:t>Select Add Registrant and choose the correct registration type.</w:t>
      </w:r>
    </w:p>
    <w:p w14:paraId="7C64BE4E" w14:textId="77777777" w:rsidR="008D5BDF" w:rsidRPr="00C671DB" w:rsidRDefault="00000000">
      <w:pPr>
        <w:pStyle w:val="ListNumber"/>
        <w:spacing w:after="60" w:line="247" w:lineRule="auto"/>
        <w:rPr>
          <w:sz w:val="24"/>
          <w:szCs w:val="28"/>
        </w:rPr>
      </w:pPr>
      <w:r w:rsidRPr="00C671DB">
        <w:rPr>
          <w:sz w:val="22"/>
          <w:szCs w:val="28"/>
        </w:rPr>
        <w:t>Select an existing member from the list or enter the registrant information manually.</w:t>
      </w:r>
    </w:p>
    <w:p w14:paraId="3FE5A9CD" w14:textId="77777777" w:rsidR="008D5BDF" w:rsidRPr="00C671DB" w:rsidRDefault="00000000">
      <w:pPr>
        <w:pStyle w:val="ListNumber"/>
        <w:spacing w:after="60" w:line="247" w:lineRule="auto"/>
        <w:rPr>
          <w:sz w:val="24"/>
          <w:szCs w:val="28"/>
        </w:rPr>
      </w:pPr>
      <w:r w:rsidRPr="00C671DB">
        <w:rPr>
          <w:sz w:val="22"/>
          <w:szCs w:val="28"/>
        </w:rPr>
        <w:t>Complete all required registrant details and save the registration.</w:t>
      </w:r>
    </w:p>
    <w:p w14:paraId="68AFF3DD" w14:textId="77777777" w:rsidR="008D5BDF" w:rsidRPr="00C671DB" w:rsidRDefault="00000000">
      <w:pPr>
        <w:pStyle w:val="ListNumber"/>
        <w:spacing w:after="60" w:line="247" w:lineRule="auto"/>
        <w:rPr>
          <w:sz w:val="24"/>
          <w:szCs w:val="28"/>
        </w:rPr>
      </w:pPr>
      <w:r w:rsidRPr="00C671DB">
        <w:rPr>
          <w:sz w:val="22"/>
          <w:szCs w:val="28"/>
        </w:rPr>
        <w:t>For a pin, T-shirt, or banner contestant, select Design Contestant/Conference Participant and add the contest only under that contestant’s name.</w:t>
      </w:r>
    </w:p>
    <w:p w14:paraId="412B4FAF" w14:textId="77777777" w:rsidR="008D5BDF" w:rsidRPr="00C671DB" w:rsidRDefault="00000000">
      <w:pPr>
        <w:pStyle w:val="ListNumber"/>
        <w:spacing w:after="60" w:line="247" w:lineRule="auto"/>
        <w:rPr>
          <w:sz w:val="24"/>
          <w:szCs w:val="28"/>
        </w:rPr>
      </w:pPr>
      <w:r w:rsidRPr="00C671DB">
        <w:rPr>
          <w:sz w:val="22"/>
          <w:szCs w:val="28"/>
        </w:rPr>
        <w:t>Non-advisors and nonmembers may also be registered through the conference registration screen.</w:t>
      </w:r>
    </w:p>
    <w:p w14:paraId="359CC3B7" w14:textId="77777777" w:rsidR="008D5BDF" w:rsidRPr="00C671DB" w:rsidRDefault="00000000">
      <w:pPr>
        <w:pStyle w:val="Heading1"/>
        <w:spacing w:before="200" w:after="80"/>
        <w:rPr>
          <w:sz w:val="36"/>
          <w:szCs w:val="36"/>
        </w:rPr>
      </w:pPr>
      <w:r w:rsidRPr="00C671DB">
        <w:rPr>
          <w:rFonts w:ascii="Aptos" w:hAnsi="Aptos"/>
          <w:sz w:val="32"/>
          <w:szCs w:val="36"/>
        </w:rPr>
        <w:t>Submit Registration and Payment</w:t>
      </w:r>
    </w:p>
    <w:p w14:paraId="5A0D26D6" w14:textId="77777777" w:rsidR="008D5BDF" w:rsidRPr="00C671DB" w:rsidRDefault="00000000">
      <w:pPr>
        <w:pStyle w:val="ListNumber"/>
        <w:spacing w:after="60" w:line="247" w:lineRule="auto"/>
        <w:rPr>
          <w:sz w:val="24"/>
          <w:szCs w:val="28"/>
        </w:rPr>
      </w:pPr>
      <w:r w:rsidRPr="00C671DB">
        <w:rPr>
          <w:sz w:val="22"/>
          <w:szCs w:val="28"/>
        </w:rPr>
        <w:t>Return to Conference Registration and select Submit Registration.</w:t>
      </w:r>
    </w:p>
    <w:p w14:paraId="4597B409" w14:textId="77777777" w:rsidR="008D5BDF" w:rsidRPr="00C671DB" w:rsidRDefault="00000000">
      <w:pPr>
        <w:pStyle w:val="ListNumber"/>
        <w:spacing w:after="60" w:line="247" w:lineRule="auto"/>
        <w:rPr>
          <w:sz w:val="24"/>
          <w:szCs w:val="28"/>
        </w:rPr>
      </w:pPr>
      <w:r w:rsidRPr="00C671DB">
        <w:rPr>
          <w:sz w:val="22"/>
          <w:szCs w:val="28"/>
        </w:rPr>
        <w:t>Enter the school check number or purchase order number.</w:t>
      </w:r>
    </w:p>
    <w:p w14:paraId="67E2A45E" w14:textId="77777777" w:rsidR="008D5BDF" w:rsidRPr="00C671DB" w:rsidRDefault="00000000">
      <w:pPr>
        <w:pStyle w:val="ListNumber"/>
        <w:spacing w:after="60" w:line="247" w:lineRule="auto"/>
        <w:rPr>
          <w:sz w:val="24"/>
          <w:szCs w:val="28"/>
        </w:rPr>
      </w:pPr>
      <w:r w:rsidRPr="00C671DB">
        <w:rPr>
          <w:sz w:val="22"/>
          <w:szCs w:val="28"/>
        </w:rPr>
        <w:t>Print the Event Fee Details or registration invoice.</w:t>
      </w:r>
    </w:p>
    <w:p w14:paraId="7CC8A7F3" w14:textId="77777777" w:rsidR="008D5BDF" w:rsidRPr="00C671DB" w:rsidRDefault="00000000">
      <w:pPr>
        <w:pStyle w:val="ListNumber"/>
        <w:spacing w:after="60" w:line="247" w:lineRule="auto"/>
        <w:rPr>
          <w:sz w:val="24"/>
          <w:szCs w:val="28"/>
        </w:rPr>
      </w:pPr>
      <w:r w:rsidRPr="00C671DB">
        <w:rPr>
          <w:sz w:val="22"/>
          <w:szCs w:val="28"/>
        </w:rPr>
        <w:t>Send the invoice, registration summary, and payment or purchase order to SkillsUSA Louisiana.</w:t>
      </w:r>
    </w:p>
    <w:p w14:paraId="38E01482" w14:textId="77777777" w:rsidR="008D5BDF" w:rsidRPr="00C671DB" w:rsidRDefault="00000000">
      <w:pPr>
        <w:pStyle w:val="Heading1"/>
        <w:spacing w:before="200" w:after="80"/>
        <w:rPr>
          <w:sz w:val="36"/>
          <w:szCs w:val="36"/>
        </w:rPr>
      </w:pPr>
      <w:r w:rsidRPr="00C671DB">
        <w:rPr>
          <w:rFonts w:ascii="Aptos" w:hAnsi="Aptos"/>
          <w:sz w:val="32"/>
          <w:szCs w:val="36"/>
        </w:rPr>
        <w:t>Registration Assistance</w:t>
      </w:r>
    </w:p>
    <w:p w14:paraId="077F8331" w14:textId="77777777" w:rsidR="008D5BDF" w:rsidRPr="00C671DB" w:rsidRDefault="00000000">
      <w:pPr>
        <w:spacing w:after="120" w:line="259" w:lineRule="auto"/>
        <w:rPr>
          <w:sz w:val="24"/>
          <w:szCs w:val="28"/>
        </w:rPr>
      </w:pPr>
      <w:r w:rsidRPr="00C671DB">
        <w:rPr>
          <w:sz w:val="24"/>
          <w:szCs w:val="28"/>
        </w:rPr>
        <w:t>For assistance, contact Jeremy Boudreaux at (985) 257-7545 or Jeremy@skillsusala.org.</w:t>
      </w:r>
    </w:p>
    <w:p w14:paraId="41D8989C" w14:textId="77777777" w:rsidR="008D5BDF" w:rsidRDefault="00000000">
      <w:r>
        <w:br w:type="page"/>
      </w:r>
    </w:p>
    <w:p w14:paraId="2D638026" w14:textId="77777777" w:rsidR="008D5BDF" w:rsidRDefault="00000000">
      <w:pPr>
        <w:pStyle w:val="Title"/>
        <w:spacing w:after="80"/>
        <w:jc w:val="center"/>
      </w:pPr>
      <w:r>
        <w:rPr>
          <w:rFonts w:ascii="Aptos" w:hAnsi="Aptos"/>
          <w:b/>
          <w:sz w:val="36"/>
        </w:rPr>
        <w:lastRenderedPageBreak/>
        <w:t>Personal Liability and Medical Release</w:t>
      </w:r>
    </w:p>
    <w:p w14:paraId="5D3805B9" w14:textId="77777777" w:rsidR="008D5BDF" w:rsidRDefault="00000000">
      <w:pPr>
        <w:spacing w:after="240"/>
        <w:jc w:val="center"/>
      </w:pPr>
      <w:r>
        <w:rPr>
          <w:color w:val="444444"/>
          <w:sz w:val="21"/>
        </w:rPr>
        <w:t>Required for every conference participant</w:t>
      </w:r>
    </w:p>
    <w:p w14:paraId="494074D4" w14:textId="77777777" w:rsidR="008D5BDF" w:rsidRPr="00C671DB" w:rsidRDefault="00000000">
      <w:pPr>
        <w:spacing w:after="120" w:line="259" w:lineRule="auto"/>
        <w:rPr>
          <w:sz w:val="22"/>
          <w:szCs w:val="24"/>
        </w:rPr>
      </w:pPr>
      <w:r w:rsidRPr="00C671DB">
        <w:rPr>
          <w:sz w:val="22"/>
          <w:szCs w:val="24"/>
        </w:rPr>
        <w:t>SkillsUSA Louisiana, Inc. is referred to below as SkillsUSA Louisiana. Please print clearly. A parent or guardian must sign for every participant under age 18.</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24"/>
        <w:gridCol w:w="7056"/>
      </w:tblGrid>
      <w:tr w:rsidR="008D5BDF" w:rsidRPr="00C671DB" w14:paraId="41D09DCE" w14:textId="77777777">
        <w:trPr>
          <w:tblHeader/>
          <w:jc w:val="center"/>
        </w:trPr>
        <w:tc>
          <w:tcPr>
            <w:tcW w:w="10080" w:type="dxa"/>
            <w:gridSpan w:val="2"/>
            <w:shd w:val="clear" w:color="auto" w:fill="005B8E"/>
          </w:tcPr>
          <w:p w14:paraId="48CED510" w14:textId="77777777" w:rsidR="008D5BDF" w:rsidRPr="00C671DB" w:rsidRDefault="00000000">
            <w:pPr>
              <w:rPr>
                <w:sz w:val="22"/>
                <w:szCs w:val="24"/>
              </w:rPr>
            </w:pPr>
            <w:r w:rsidRPr="00C671DB">
              <w:rPr>
                <w:b/>
                <w:color w:val="FFFFFF"/>
                <w:sz w:val="22"/>
                <w:szCs w:val="24"/>
              </w:rPr>
              <w:t>Participant Information</w:t>
            </w:r>
          </w:p>
        </w:tc>
      </w:tr>
      <w:tr w:rsidR="008D5BDF" w:rsidRPr="00C671DB" w14:paraId="5D13EF3B" w14:textId="77777777">
        <w:trPr>
          <w:cantSplit/>
          <w:jc w:val="center"/>
        </w:trPr>
        <w:tc>
          <w:tcPr>
            <w:tcW w:w="3024" w:type="dxa"/>
            <w:tcMar>
              <w:top w:w="70" w:type="dxa"/>
              <w:left w:w="120" w:type="dxa"/>
              <w:bottom w:w="70" w:type="dxa"/>
              <w:right w:w="120" w:type="dxa"/>
            </w:tcMar>
            <w:vAlign w:val="center"/>
          </w:tcPr>
          <w:p w14:paraId="7B42BD40" w14:textId="77777777" w:rsidR="008D5BDF" w:rsidRPr="00C671DB" w:rsidRDefault="00000000">
            <w:pPr>
              <w:spacing w:after="0"/>
              <w:rPr>
                <w:sz w:val="22"/>
                <w:szCs w:val="24"/>
              </w:rPr>
            </w:pPr>
            <w:r w:rsidRPr="00C671DB">
              <w:rPr>
                <w:b/>
                <w:szCs w:val="24"/>
              </w:rPr>
              <w:t>Participant name</w:t>
            </w:r>
          </w:p>
        </w:tc>
        <w:tc>
          <w:tcPr>
            <w:tcW w:w="7056" w:type="dxa"/>
            <w:tcMar>
              <w:top w:w="70" w:type="dxa"/>
              <w:left w:w="120" w:type="dxa"/>
              <w:bottom w:w="70" w:type="dxa"/>
              <w:right w:w="120" w:type="dxa"/>
            </w:tcMar>
            <w:vAlign w:val="center"/>
          </w:tcPr>
          <w:p w14:paraId="4A634326" w14:textId="77777777" w:rsidR="008D5BDF" w:rsidRPr="00C671DB" w:rsidRDefault="00000000">
            <w:pPr>
              <w:spacing w:after="0"/>
              <w:rPr>
                <w:sz w:val="22"/>
                <w:szCs w:val="24"/>
              </w:rPr>
            </w:pPr>
            <w:r w:rsidRPr="00C671DB">
              <w:rPr>
                <w:szCs w:val="24"/>
              </w:rPr>
              <w:t>____________________________________________________________</w:t>
            </w:r>
          </w:p>
        </w:tc>
      </w:tr>
      <w:tr w:rsidR="008D5BDF" w:rsidRPr="00C671DB" w14:paraId="64B532E3" w14:textId="77777777">
        <w:trPr>
          <w:cantSplit/>
          <w:jc w:val="center"/>
        </w:trPr>
        <w:tc>
          <w:tcPr>
            <w:tcW w:w="3024" w:type="dxa"/>
            <w:shd w:val="clear" w:color="auto" w:fill="F5F7F9"/>
            <w:tcMar>
              <w:top w:w="70" w:type="dxa"/>
              <w:left w:w="120" w:type="dxa"/>
              <w:bottom w:w="70" w:type="dxa"/>
              <w:right w:w="120" w:type="dxa"/>
            </w:tcMar>
            <w:vAlign w:val="center"/>
          </w:tcPr>
          <w:p w14:paraId="60CD8FE3" w14:textId="77777777" w:rsidR="008D5BDF" w:rsidRPr="00C671DB" w:rsidRDefault="00000000">
            <w:pPr>
              <w:spacing w:after="0"/>
              <w:rPr>
                <w:sz w:val="22"/>
                <w:szCs w:val="24"/>
              </w:rPr>
            </w:pPr>
            <w:r w:rsidRPr="00C671DB">
              <w:rPr>
                <w:b/>
                <w:szCs w:val="24"/>
              </w:rPr>
              <w:t>School or campus</w:t>
            </w:r>
          </w:p>
        </w:tc>
        <w:tc>
          <w:tcPr>
            <w:tcW w:w="7056" w:type="dxa"/>
            <w:shd w:val="clear" w:color="auto" w:fill="F5F7F9"/>
            <w:tcMar>
              <w:top w:w="70" w:type="dxa"/>
              <w:left w:w="120" w:type="dxa"/>
              <w:bottom w:w="70" w:type="dxa"/>
              <w:right w:w="120" w:type="dxa"/>
            </w:tcMar>
            <w:vAlign w:val="center"/>
          </w:tcPr>
          <w:p w14:paraId="4915CF0E" w14:textId="77777777" w:rsidR="008D5BDF" w:rsidRPr="00C671DB" w:rsidRDefault="00000000">
            <w:pPr>
              <w:spacing w:after="0"/>
              <w:rPr>
                <w:sz w:val="22"/>
                <w:szCs w:val="24"/>
              </w:rPr>
            </w:pPr>
            <w:r w:rsidRPr="00C671DB">
              <w:rPr>
                <w:szCs w:val="24"/>
              </w:rPr>
              <w:t>____________________________________________________________</w:t>
            </w:r>
          </w:p>
        </w:tc>
      </w:tr>
      <w:tr w:rsidR="008D5BDF" w:rsidRPr="00C671DB" w14:paraId="6C41544E" w14:textId="77777777">
        <w:trPr>
          <w:cantSplit/>
          <w:jc w:val="center"/>
        </w:trPr>
        <w:tc>
          <w:tcPr>
            <w:tcW w:w="3024" w:type="dxa"/>
            <w:tcMar>
              <w:top w:w="70" w:type="dxa"/>
              <w:left w:w="120" w:type="dxa"/>
              <w:bottom w:w="70" w:type="dxa"/>
              <w:right w:w="120" w:type="dxa"/>
            </w:tcMar>
            <w:vAlign w:val="center"/>
          </w:tcPr>
          <w:p w14:paraId="166E1066" w14:textId="77777777" w:rsidR="008D5BDF" w:rsidRPr="00C671DB" w:rsidRDefault="00000000">
            <w:pPr>
              <w:spacing w:after="0"/>
              <w:rPr>
                <w:sz w:val="22"/>
                <w:szCs w:val="24"/>
              </w:rPr>
            </w:pPr>
            <w:r w:rsidRPr="00C671DB">
              <w:rPr>
                <w:b/>
                <w:szCs w:val="24"/>
              </w:rPr>
              <w:t>Type and age</w:t>
            </w:r>
          </w:p>
        </w:tc>
        <w:tc>
          <w:tcPr>
            <w:tcW w:w="7056" w:type="dxa"/>
            <w:tcMar>
              <w:top w:w="70" w:type="dxa"/>
              <w:left w:w="120" w:type="dxa"/>
              <w:bottom w:w="70" w:type="dxa"/>
              <w:right w:w="120" w:type="dxa"/>
            </w:tcMar>
            <w:vAlign w:val="center"/>
          </w:tcPr>
          <w:p w14:paraId="1777DC0B" w14:textId="77777777" w:rsidR="008D5BDF" w:rsidRPr="00C671DB" w:rsidRDefault="00000000">
            <w:pPr>
              <w:spacing w:after="0"/>
              <w:rPr>
                <w:sz w:val="22"/>
                <w:szCs w:val="24"/>
              </w:rPr>
            </w:pPr>
            <w:r w:rsidRPr="00C671DB">
              <w:rPr>
                <w:szCs w:val="24"/>
              </w:rPr>
              <w:t>[  ] Student   [  ] Advisor   [  ] Other     [  ] Under 18   [  ] Age 18 or older</w:t>
            </w:r>
          </w:p>
        </w:tc>
      </w:tr>
      <w:tr w:rsidR="008D5BDF" w:rsidRPr="00C671DB" w14:paraId="6D7B271C" w14:textId="77777777">
        <w:trPr>
          <w:cantSplit/>
          <w:jc w:val="center"/>
        </w:trPr>
        <w:tc>
          <w:tcPr>
            <w:tcW w:w="3024" w:type="dxa"/>
            <w:shd w:val="clear" w:color="auto" w:fill="F5F7F9"/>
            <w:tcMar>
              <w:top w:w="70" w:type="dxa"/>
              <w:left w:w="120" w:type="dxa"/>
              <w:bottom w:w="70" w:type="dxa"/>
              <w:right w:w="120" w:type="dxa"/>
            </w:tcMar>
            <w:vAlign w:val="center"/>
          </w:tcPr>
          <w:p w14:paraId="214C2B06" w14:textId="77777777" w:rsidR="008D5BDF" w:rsidRPr="00C671DB" w:rsidRDefault="00000000">
            <w:pPr>
              <w:spacing w:after="0"/>
              <w:rPr>
                <w:sz w:val="22"/>
                <w:szCs w:val="24"/>
              </w:rPr>
            </w:pPr>
            <w:r w:rsidRPr="00C671DB">
              <w:rPr>
                <w:b/>
                <w:szCs w:val="24"/>
              </w:rPr>
              <w:t>Participant phone</w:t>
            </w:r>
          </w:p>
        </w:tc>
        <w:tc>
          <w:tcPr>
            <w:tcW w:w="7056" w:type="dxa"/>
            <w:shd w:val="clear" w:color="auto" w:fill="F5F7F9"/>
            <w:tcMar>
              <w:top w:w="70" w:type="dxa"/>
              <w:left w:w="120" w:type="dxa"/>
              <w:bottom w:w="70" w:type="dxa"/>
              <w:right w:w="120" w:type="dxa"/>
            </w:tcMar>
            <w:vAlign w:val="center"/>
          </w:tcPr>
          <w:p w14:paraId="021B543C" w14:textId="77777777" w:rsidR="008D5BDF" w:rsidRPr="00C671DB" w:rsidRDefault="00000000">
            <w:pPr>
              <w:spacing w:after="0"/>
              <w:rPr>
                <w:sz w:val="22"/>
                <w:szCs w:val="24"/>
              </w:rPr>
            </w:pPr>
            <w:r w:rsidRPr="00C671DB">
              <w:rPr>
                <w:szCs w:val="24"/>
              </w:rPr>
              <w:t>__________________________</w:t>
            </w:r>
          </w:p>
        </w:tc>
      </w:tr>
      <w:tr w:rsidR="008D5BDF" w:rsidRPr="00C671DB" w14:paraId="000137F2" w14:textId="77777777">
        <w:trPr>
          <w:cantSplit/>
          <w:jc w:val="center"/>
        </w:trPr>
        <w:tc>
          <w:tcPr>
            <w:tcW w:w="3024" w:type="dxa"/>
            <w:tcMar>
              <w:top w:w="70" w:type="dxa"/>
              <w:left w:w="120" w:type="dxa"/>
              <w:bottom w:w="70" w:type="dxa"/>
              <w:right w:w="120" w:type="dxa"/>
            </w:tcMar>
            <w:vAlign w:val="center"/>
          </w:tcPr>
          <w:p w14:paraId="2898488C" w14:textId="77777777" w:rsidR="008D5BDF" w:rsidRPr="00C671DB" w:rsidRDefault="00000000">
            <w:pPr>
              <w:spacing w:after="0"/>
              <w:rPr>
                <w:sz w:val="22"/>
                <w:szCs w:val="24"/>
              </w:rPr>
            </w:pPr>
            <w:r w:rsidRPr="00C671DB">
              <w:rPr>
                <w:b/>
                <w:szCs w:val="24"/>
              </w:rPr>
              <w:t>Emergency contact</w:t>
            </w:r>
          </w:p>
        </w:tc>
        <w:tc>
          <w:tcPr>
            <w:tcW w:w="7056" w:type="dxa"/>
            <w:tcMar>
              <w:top w:w="70" w:type="dxa"/>
              <w:left w:w="120" w:type="dxa"/>
              <w:bottom w:w="70" w:type="dxa"/>
              <w:right w:w="120" w:type="dxa"/>
            </w:tcMar>
            <w:vAlign w:val="center"/>
          </w:tcPr>
          <w:p w14:paraId="7523F880" w14:textId="77777777" w:rsidR="008D5BDF" w:rsidRPr="00C671DB" w:rsidRDefault="00000000">
            <w:pPr>
              <w:spacing w:after="0"/>
              <w:rPr>
                <w:sz w:val="22"/>
                <w:szCs w:val="24"/>
              </w:rPr>
            </w:pPr>
            <w:r w:rsidRPr="00C671DB">
              <w:rPr>
                <w:szCs w:val="24"/>
              </w:rPr>
              <w:t>____________________________________________________________</w:t>
            </w:r>
          </w:p>
        </w:tc>
      </w:tr>
      <w:tr w:rsidR="008D5BDF" w:rsidRPr="00C671DB" w14:paraId="5E9F66D0" w14:textId="77777777">
        <w:trPr>
          <w:cantSplit/>
          <w:jc w:val="center"/>
        </w:trPr>
        <w:tc>
          <w:tcPr>
            <w:tcW w:w="3024" w:type="dxa"/>
            <w:shd w:val="clear" w:color="auto" w:fill="F5F7F9"/>
            <w:tcMar>
              <w:top w:w="70" w:type="dxa"/>
              <w:left w:w="120" w:type="dxa"/>
              <w:bottom w:w="70" w:type="dxa"/>
              <w:right w:w="120" w:type="dxa"/>
            </w:tcMar>
            <w:vAlign w:val="center"/>
          </w:tcPr>
          <w:p w14:paraId="49CBF2B0" w14:textId="77777777" w:rsidR="008D5BDF" w:rsidRPr="00C671DB" w:rsidRDefault="00000000">
            <w:pPr>
              <w:spacing w:after="0"/>
              <w:rPr>
                <w:sz w:val="22"/>
                <w:szCs w:val="24"/>
              </w:rPr>
            </w:pPr>
            <w:r w:rsidRPr="00C671DB">
              <w:rPr>
                <w:b/>
                <w:szCs w:val="24"/>
              </w:rPr>
              <w:t>Emergency phone</w:t>
            </w:r>
          </w:p>
        </w:tc>
        <w:tc>
          <w:tcPr>
            <w:tcW w:w="7056" w:type="dxa"/>
            <w:shd w:val="clear" w:color="auto" w:fill="F5F7F9"/>
            <w:tcMar>
              <w:top w:w="70" w:type="dxa"/>
              <w:left w:w="120" w:type="dxa"/>
              <w:bottom w:w="70" w:type="dxa"/>
              <w:right w:w="120" w:type="dxa"/>
            </w:tcMar>
            <w:vAlign w:val="center"/>
          </w:tcPr>
          <w:p w14:paraId="302A377C" w14:textId="77777777" w:rsidR="008D5BDF" w:rsidRPr="00C671DB" w:rsidRDefault="00000000">
            <w:pPr>
              <w:spacing w:after="0"/>
              <w:rPr>
                <w:sz w:val="22"/>
                <w:szCs w:val="24"/>
              </w:rPr>
            </w:pPr>
            <w:r w:rsidRPr="00C671DB">
              <w:rPr>
                <w:szCs w:val="24"/>
              </w:rPr>
              <w:t>__________________________</w:t>
            </w:r>
          </w:p>
        </w:tc>
      </w:tr>
      <w:tr w:rsidR="008D5BDF" w:rsidRPr="00C671DB" w14:paraId="1CE3CCB9" w14:textId="77777777">
        <w:trPr>
          <w:cantSplit/>
          <w:jc w:val="center"/>
        </w:trPr>
        <w:tc>
          <w:tcPr>
            <w:tcW w:w="3024" w:type="dxa"/>
            <w:tcMar>
              <w:top w:w="70" w:type="dxa"/>
              <w:left w:w="120" w:type="dxa"/>
              <w:bottom w:w="70" w:type="dxa"/>
              <w:right w:w="120" w:type="dxa"/>
            </w:tcMar>
            <w:vAlign w:val="center"/>
          </w:tcPr>
          <w:p w14:paraId="24382071" w14:textId="77777777" w:rsidR="008D5BDF" w:rsidRPr="00C671DB" w:rsidRDefault="00000000">
            <w:pPr>
              <w:spacing w:after="0"/>
              <w:rPr>
                <w:sz w:val="22"/>
                <w:szCs w:val="24"/>
              </w:rPr>
            </w:pPr>
            <w:r w:rsidRPr="00C671DB">
              <w:rPr>
                <w:b/>
                <w:szCs w:val="24"/>
              </w:rPr>
              <w:t>Allergies or medical needs</w:t>
            </w:r>
          </w:p>
        </w:tc>
        <w:tc>
          <w:tcPr>
            <w:tcW w:w="7056" w:type="dxa"/>
            <w:tcMar>
              <w:top w:w="70" w:type="dxa"/>
              <w:left w:w="120" w:type="dxa"/>
              <w:bottom w:w="70" w:type="dxa"/>
              <w:right w:w="120" w:type="dxa"/>
            </w:tcMar>
            <w:vAlign w:val="center"/>
          </w:tcPr>
          <w:p w14:paraId="18415197" w14:textId="77777777" w:rsidR="008D5BDF" w:rsidRPr="00C671DB" w:rsidRDefault="00000000">
            <w:pPr>
              <w:spacing w:after="0"/>
              <w:rPr>
                <w:sz w:val="22"/>
                <w:szCs w:val="24"/>
              </w:rPr>
            </w:pPr>
            <w:r w:rsidRPr="00C671DB">
              <w:rPr>
                <w:szCs w:val="24"/>
              </w:rPr>
              <w:t>____________________________________________________________</w:t>
            </w:r>
            <w:r w:rsidRPr="00C671DB">
              <w:rPr>
                <w:szCs w:val="24"/>
              </w:rPr>
              <w:br/>
              <w:t>____________________________________________________________</w:t>
            </w:r>
          </w:p>
        </w:tc>
      </w:tr>
    </w:tbl>
    <w:p w14:paraId="6A3197E4" w14:textId="77777777" w:rsidR="008D5BDF" w:rsidRPr="00C671DB" w:rsidRDefault="00000000">
      <w:pPr>
        <w:spacing w:after="60" w:line="259" w:lineRule="auto"/>
        <w:rPr>
          <w:sz w:val="22"/>
          <w:szCs w:val="24"/>
        </w:rPr>
      </w:pPr>
      <w:r w:rsidRPr="00C671DB">
        <w:rPr>
          <w:sz w:val="22"/>
          <w:szCs w:val="24"/>
        </w:rPr>
        <w:t>I release SkillsUSA Louisiana, its representatives, agents, employees, and assistants from liability for injury to the participant named above arising while attending or traveling to or from the SkillsUSA Louisiana Fall Leadership Conference in Baton Rouge, Louisiana, except for injury or damage resulting from willful acts.</w:t>
      </w:r>
    </w:p>
    <w:p w14:paraId="0B9CF8FF" w14:textId="77777777" w:rsidR="008D5BDF" w:rsidRPr="00C671DB" w:rsidRDefault="00000000">
      <w:pPr>
        <w:spacing w:after="60" w:line="259" w:lineRule="auto"/>
        <w:rPr>
          <w:sz w:val="22"/>
          <w:szCs w:val="24"/>
        </w:rPr>
      </w:pPr>
      <w:r w:rsidRPr="00C671DB">
        <w:rPr>
          <w:sz w:val="22"/>
          <w:szCs w:val="24"/>
        </w:rPr>
        <w:t>I authorize SkillsUSA Louisiana or its representatives to secure emergency assistance and medical evaluation or treatment when considered necessary. I agree to indemnify and hold harmless SkillsUSA Louisiana and its medical-services coordinators, assistants, or designees from claims arising from treatment rendered in good faith and according to accepted medical standards.</w:t>
      </w:r>
    </w:p>
    <w:p w14:paraId="20090915" w14:textId="77777777" w:rsidR="008D5BDF" w:rsidRPr="00C671DB" w:rsidRDefault="00000000">
      <w:pPr>
        <w:spacing w:after="60" w:line="259" w:lineRule="auto"/>
        <w:rPr>
          <w:sz w:val="22"/>
          <w:szCs w:val="24"/>
        </w:rPr>
      </w:pPr>
      <w:r w:rsidRPr="00C671DB">
        <w:rPr>
          <w:sz w:val="22"/>
          <w:szCs w:val="24"/>
        </w:rPr>
        <w:t>I have reviewed and agree to the SkillsUSA Personal Liability and Medical Release, Conference Code of Conduct, and Photography and Sound Release on the following page. I agree to follow all conference procedures, conduct expectations, and advisor instructions.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40"/>
        <w:gridCol w:w="5040"/>
      </w:tblGrid>
      <w:tr w:rsidR="008D5BDF" w:rsidRPr="00C671DB" w14:paraId="4CA11106" w14:textId="77777777">
        <w:trPr>
          <w:cantSplit/>
          <w:jc w:val="center"/>
        </w:trPr>
        <w:tc>
          <w:tcPr>
            <w:tcW w:w="5040" w:type="dxa"/>
            <w:tcMar>
              <w:top w:w="120" w:type="dxa"/>
              <w:left w:w="120" w:type="dxa"/>
              <w:bottom w:w="120" w:type="dxa"/>
              <w:right w:w="120" w:type="dxa"/>
            </w:tcMar>
          </w:tcPr>
          <w:p w14:paraId="15AE382F" w14:textId="77777777" w:rsidR="008D5BDF" w:rsidRPr="00C671DB" w:rsidRDefault="00000000">
            <w:pPr>
              <w:rPr>
                <w:sz w:val="22"/>
                <w:szCs w:val="24"/>
              </w:rPr>
            </w:pPr>
            <w:r w:rsidRPr="00C671DB">
              <w:rPr>
                <w:b/>
                <w:szCs w:val="24"/>
              </w:rPr>
              <w:t>Parent or guardian signature for participants under 18</w:t>
            </w:r>
          </w:p>
        </w:tc>
        <w:tc>
          <w:tcPr>
            <w:tcW w:w="5040" w:type="dxa"/>
            <w:tcMar>
              <w:top w:w="120" w:type="dxa"/>
              <w:left w:w="120" w:type="dxa"/>
              <w:bottom w:w="120" w:type="dxa"/>
              <w:right w:w="120" w:type="dxa"/>
            </w:tcMar>
          </w:tcPr>
          <w:p w14:paraId="57AE1679" w14:textId="77777777" w:rsidR="008D5BDF" w:rsidRPr="00C671DB" w:rsidRDefault="00000000">
            <w:pPr>
              <w:rPr>
                <w:sz w:val="22"/>
                <w:szCs w:val="24"/>
              </w:rPr>
            </w:pPr>
            <w:r w:rsidRPr="00C671DB">
              <w:rPr>
                <w:b/>
                <w:szCs w:val="24"/>
              </w:rPr>
              <w:t>Date</w:t>
            </w:r>
          </w:p>
        </w:tc>
      </w:tr>
      <w:tr w:rsidR="008D5BDF" w:rsidRPr="00C671DB" w14:paraId="0A069B72" w14:textId="77777777">
        <w:trPr>
          <w:cantSplit/>
          <w:jc w:val="center"/>
        </w:trPr>
        <w:tc>
          <w:tcPr>
            <w:tcW w:w="5040" w:type="dxa"/>
            <w:tcMar>
              <w:top w:w="120" w:type="dxa"/>
              <w:left w:w="120" w:type="dxa"/>
              <w:bottom w:w="120" w:type="dxa"/>
              <w:right w:w="120" w:type="dxa"/>
            </w:tcMar>
          </w:tcPr>
          <w:p w14:paraId="5A16F0B0" w14:textId="77777777" w:rsidR="008D5BDF" w:rsidRPr="00C671DB" w:rsidRDefault="008D5BDF">
            <w:pPr>
              <w:rPr>
                <w:sz w:val="22"/>
                <w:szCs w:val="24"/>
              </w:rPr>
            </w:pPr>
          </w:p>
        </w:tc>
        <w:tc>
          <w:tcPr>
            <w:tcW w:w="5040" w:type="dxa"/>
            <w:tcMar>
              <w:top w:w="120" w:type="dxa"/>
              <w:left w:w="120" w:type="dxa"/>
              <w:bottom w:w="120" w:type="dxa"/>
              <w:right w:w="120" w:type="dxa"/>
            </w:tcMar>
          </w:tcPr>
          <w:p w14:paraId="3D1C8427" w14:textId="77777777" w:rsidR="008D5BDF" w:rsidRPr="00C671DB" w:rsidRDefault="008D5BDF">
            <w:pPr>
              <w:rPr>
                <w:sz w:val="22"/>
                <w:szCs w:val="24"/>
              </w:rPr>
            </w:pPr>
          </w:p>
        </w:tc>
      </w:tr>
      <w:tr w:rsidR="008D5BDF" w:rsidRPr="00C671DB" w14:paraId="549DDD0C" w14:textId="77777777">
        <w:trPr>
          <w:cantSplit/>
          <w:jc w:val="center"/>
        </w:trPr>
        <w:tc>
          <w:tcPr>
            <w:tcW w:w="5040" w:type="dxa"/>
            <w:tcMar>
              <w:top w:w="120" w:type="dxa"/>
              <w:left w:w="120" w:type="dxa"/>
              <w:bottom w:w="120" w:type="dxa"/>
              <w:right w:w="120" w:type="dxa"/>
            </w:tcMar>
          </w:tcPr>
          <w:p w14:paraId="3A861EA2" w14:textId="77777777" w:rsidR="008D5BDF" w:rsidRPr="00C671DB" w:rsidRDefault="00000000">
            <w:pPr>
              <w:rPr>
                <w:sz w:val="22"/>
                <w:szCs w:val="24"/>
              </w:rPr>
            </w:pPr>
            <w:r w:rsidRPr="00C671DB">
              <w:rPr>
                <w:b/>
                <w:szCs w:val="24"/>
              </w:rPr>
              <w:t>Participant signature</w:t>
            </w:r>
          </w:p>
        </w:tc>
        <w:tc>
          <w:tcPr>
            <w:tcW w:w="5040" w:type="dxa"/>
            <w:tcMar>
              <w:top w:w="120" w:type="dxa"/>
              <w:left w:w="120" w:type="dxa"/>
              <w:bottom w:w="120" w:type="dxa"/>
              <w:right w:w="120" w:type="dxa"/>
            </w:tcMar>
          </w:tcPr>
          <w:p w14:paraId="46520BDC" w14:textId="77777777" w:rsidR="008D5BDF" w:rsidRPr="00C671DB" w:rsidRDefault="00000000">
            <w:pPr>
              <w:rPr>
                <w:sz w:val="22"/>
                <w:szCs w:val="24"/>
              </w:rPr>
            </w:pPr>
            <w:r w:rsidRPr="00C671DB">
              <w:rPr>
                <w:b/>
                <w:szCs w:val="24"/>
              </w:rPr>
              <w:t>Date</w:t>
            </w:r>
          </w:p>
        </w:tc>
      </w:tr>
      <w:tr w:rsidR="008D5BDF" w14:paraId="19F708AA" w14:textId="77777777">
        <w:trPr>
          <w:cantSplit/>
          <w:jc w:val="center"/>
        </w:trPr>
        <w:tc>
          <w:tcPr>
            <w:tcW w:w="5040" w:type="dxa"/>
            <w:tcMar>
              <w:top w:w="120" w:type="dxa"/>
              <w:left w:w="120" w:type="dxa"/>
              <w:bottom w:w="120" w:type="dxa"/>
              <w:right w:w="120" w:type="dxa"/>
            </w:tcMar>
          </w:tcPr>
          <w:p w14:paraId="4736054D" w14:textId="77777777" w:rsidR="008D5BDF" w:rsidRDefault="008D5BDF"/>
        </w:tc>
        <w:tc>
          <w:tcPr>
            <w:tcW w:w="5040" w:type="dxa"/>
            <w:tcMar>
              <w:top w:w="120" w:type="dxa"/>
              <w:left w:w="120" w:type="dxa"/>
              <w:bottom w:w="120" w:type="dxa"/>
              <w:right w:w="120" w:type="dxa"/>
            </w:tcMar>
          </w:tcPr>
          <w:p w14:paraId="7E76430B" w14:textId="77777777" w:rsidR="008D5BDF" w:rsidRDefault="008D5BDF"/>
        </w:tc>
      </w:tr>
    </w:tbl>
    <w:p w14:paraId="35142B6A" w14:textId="77777777" w:rsidR="008D5BDF" w:rsidRDefault="00000000">
      <w:pPr>
        <w:spacing w:before="80"/>
      </w:pPr>
      <w:r>
        <w:rPr>
          <w:i/>
          <w:color w:val="555555"/>
          <w:sz w:val="18"/>
        </w:rPr>
        <w:t>Important: Schools should follow their own policies for safeguarding medical information and retaining signed forms.</w:t>
      </w:r>
    </w:p>
    <w:p w14:paraId="61D24A30" w14:textId="77777777" w:rsidR="008D5BDF" w:rsidRDefault="008D5BDF">
      <w:pPr>
        <w:sectPr w:rsidR="008D5BDF">
          <w:headerReference w:type="default" r:id="rId10"/>
          <w:footerReference w:type="default" r:id="rId11"/>
          <w:pgSz w:w="12240" w:h="15840"/>
          <w:pgMar w:top="1123" w:right="1080" w:bottom="792" w:left="1080" w:header="259" w:footer="288" w:gutter="0"/>
          <w:cols w:space="720"/>
          <w:docGrid w:linePitch="360"/>
        </w:sectPr>
      </w:pPr>
    </w:p>
    <w:p w14:paraId="5B74F49E" w14:textId="77777777" w:rsidR="008D5BDF" w:rsidRDefault="00000000">
      <w:pPr>
        <w:spacing w:after="0" w:line="240" w:lineRule="auto"/>
        <w:jc w:val="center"/>
      </w:pPr>
      <w:r>
        <w:rPr>
          <w:noProof/>
        </w:rPr>
        <w:lastRenderedPageBreak/>
        <w:drawing>
          <wp:inline distT="0" distB="0" distL="0" distR="0" wp14:anchorId="433CAE15" wp14:editId="09EF24B0">
            <wp:extent cx="7315200" cy="9466729"/>
            <wp:effectExtent l="0" t="0" r="0" b="0"/>
            <wp:docPr id="405761484" name="Picture 405761484" descr="SkillsUSA Personal Liability and Medical Release, Conference Code of Conduct, and Photography and Sound Release" title="National SkillsUSA Release and Code of Cond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ional_release_code_of_conduct.png"/>
                    <pic:cNvPicPr/>
                  </pic:nvPicPr>
                  <pic:blipFill>
                    <a:blip r:embed="rId12"/>
                    <a:stretch>
                      <a:fillRect/>
                    </a:stretch>
                  </pic:blipFill>
                  <pic:spPr>
                    <a:xfrm>
                      <a:off x="0" y="0"/>
                      <a:ext cx="7315200" cy="9466729"/>
                    </a:xfrm>
                    <a:prstGeom prst="rect">
                      <a:avLst/>
                    </a:prstGeom>
                  </pic:spPr>
                </pic:pic>
              </a:graphicData>
            </a:graphic>
          </wp:inline>
        </w:drawing>
      </w:r>
    </w:p>
    <w:p w14:paraId="30D941CB" w14:textId="77777777" w:rsidR="008D5BDF" w:rsidRDefault="008D5BDF">
      <w:pPr>
        <w:sectPr w:rsidR="008D5BDF">
          <w:headerReference w:type="default" r:id="rId13"/>
          <w:footerReference w:type="default" r:id="rId14"/>
          <w:pgSz w:w="12240" w:h="15840"/>
          <w:pgMar w:top="317" w:right="360" w:bottom="317" w:left="360" w:header="0" w:footer="0" w:gutter="0"/>
          <w:cols w:space="720"/>
          <w:docGrid w:linePitch="360"/>
        </w:sectPr>
      </w:pPr>
    </w:p>
    <w:p w14:paraId="19BDCDE8" w14:textId="77777777" w:rsidR="008D5BDF" w:rsidRDefault="00000000">
      <w:pPr>
        <w:pStyle w:val="Title"/>
        <w:spacing w:after="80"/>
        <w:jc w:val="center"/>
      </w:pPr>
      <w:r>
        <w:rPr>
          <w:rFonts w:ascii="Aptos" w:hAnsi="Aptos"/>
          <w:b/>
          <w:sz w:val="36"/>
        </w:rPr>
        <w:lastRenderedPageBreak/>
        <w:t>SkillsUSA Louisiana Statesman Award</w:t>
      </w:r>
    </w:p>
    <w:p w14:paraId="219109DC" w14:textId="77777777" w:rsidR="008D5BDF" w:rsidRPr="00C671DB" w:rsidRDefault="00000000">
      <w:pPr>
        <w:spacing w:after="240"/>
        <w:jc w:val="center"/>
        <w:rPr>
          <w:sz w:val="22"/>
          <w:szCs w:val="24"/>
        </w:rPr>
      </w:pPr>
      <w:r w:rsidRPr="00C671DB">
        <w:rPr>
          <w:color w:val="444444"/>
          <w:sz w:val="22"/>
          <w:szCs w:val="24"/>
        </w:rPr>
        <w:t>Fall Leadership Conference | November 16 and 17 2026</w:t>
      </w:r>
    </w:p>
    <w:p w14:paraId="543408D3" w14:textId="77777777" w:rsidR="008D5BDF" w:rsidRPr="00C671DB" w:rsidRDefault="00000000">
      <w:pPr>
        <w:spacing w:after="120" w:line="259" w:lineRule="auto"/>
        <w:rPr>
          <w:sz w:val="22"/>
          <w:szCs w:val="24"/>
        </w:rPr>
      </w:pPr>
      <w:r w:rsidRPr="00C671DB">
        <w:rPr>
          <w:sz w:val="22"/>
          <w:szCs w:val="24"/>
        </w:rPr>
        <w:t>Conference participants, including students and advisors, may earn the SkillsUSA Louisiana Statesman Award during Fall Leadership Conference in Baton Rouge.</w:t>
      </w:r>
    </w:p>
    <w:p w14:paraId="6B436090" w14:textId="77777777" w:rsidR="008D5BDF" w:rsidRPr="00C671DB" w:rsidRDefault="00000000">
      <w:pPr>
        <w:spacing w:after="120" w:line="259" w:lineRule="auto"/>
        <w:rPr>
          <w:sz w:val="22"/>
          <w:szCs w:val="24"/>
        </w:rPr>
      </w:pPr>
      <w:r w:rsidRPr="00C671DB">
        <w:rPr>
          <w:sz w:val="22"/>
          <w:szCs w:val="24"/>
        </w:rPr>
        <w:t>To earn the award, participants must study the current SkillsUSA facts, program information, and SkillsUSA Framework material provided in the Louisiana Statesman Award study guide. Each participant will receive an official check-off sheet at conference registration.</w:t>
      </w:r>
    </w:p>
    <w:p w14:paraId="12DC7352" w14:textId="77777777" w:rsidR="008D5BDF" w:rsidRPr="00C671DB" w:rsidRDefault="00000000">
      <w:pPr>
        <w:spacing w:after="120" w:line="259" w:lineRule="auto"/>
        <w:rPr>
          <w:sz w:val="22"/>
          <w:szCs w:val="24"/>
        </w:rPr>
      </w:pPr>
      <w:r w:rsidRPr="00C671DB">
        <w:rPr>
          <w:sz w:val="22"/>
          <w:szCs w:val="24"/>
        </w:rPr>
        <w:t>Participants should be prepared to answer the required questions for designated national officers, state officers, or advisors. The designated reviewer will initial each completed item on the official check-off sheet.</w:t>
      </w:r>
    </w:p>
    <w:p w14:paraId="2E40BFC5" w14:textId="77777777" w:rsidR="008D5BDF" w:rsidRPr="00C671DB" w:rsidRDefault="00000000">
      <w:pPr>
        <w:pStyle w:val="Heading1"/>
        <w:spacing w:before="200" w:after="80"/>
        <w:rPr>
          <w:sz w:val="32"/>
          <w:szCs w:val="32"/>
        </w:rPr>
      </w:pPr>
      <w:r w:rsidRPr="00C671DB">
        <w:rPr>
          <w:rFonts w:ascii="Aptos" w:hAnsi="Aptos"/>
          <w:szCs w:val="32"/>
        </w:rPr>
        <w:t>Completion Deadline</w:t>
      </w:r>
    </w:p>
    <w:p w14:paraId="0509BE23" w14:textId="77777777" w:rsidR="008D5BDF" w:rsidRPr="00C671DB" w:rsidRDefault="00000000">
      <w:pPr>
        <w:spacing w:after="120" w:line="259" w:lineRule="auto"/>
        <w:rPr>
          <w:sz w:val="22"/>
          <w:szCs w:val="24"/>
        </w:rPr>
      </w:pPr>
      <w:r w:rsidRPr="00C671DB">
        <w:rPr>
          <w:sz w:val="22"/>
          <w:szCs w:val="24"/>
        </w:rPr>
        <w:t>All completed Statesman Award check-off sheets must be turned in by 8:30 a.m. Tuesday, November 17, 2026.</w:t>
      </w:r>
    </w:p>
    <w:p w14:paraId="61D008D3" w14:textId="77777777" w:rsidR="008D5BDF" w:rsidRPr="00C671DB" w:rsidRDefault="00000000">
      <w:pPr>
        <w:pStyle w:val="Heading1"/>
        <w:spacing w:before="200" w:after="80"/>
        <w:rPr>
          <w:sz w:val="32"/>
          <w:szCs w:val="32"/>
        </w:rPr>
      </w:pPr>
      <w:r w:rsidRPr="00C671DB">
        <w:rPr>
          <w:rFonts w:ascii="Aptos" w:hAnsi="Aptos"/>
          <w:szCs w:val="32"/>
        </w:rPr>
        <w:t>Advisor Responsibilities</w:t>
      </w:r>
    </w:p>
    <w:p w14:paraId="04EF64C4" w14:textId="77777777" w:rsidR="008D5BDF" w:rsidRPr="00C671DB" w:rsidRDefault="00000000">
      <w:pPr>
        <w:pStyle w:val="ListBullet"/>
        <w:spacing w:after="60" w:line="247" w:lineRule="auto"/>
        <w:rPr>
          <w:sz w:val="22"/>
          <w:szCs w:val="24"/>
        </w:rPr>
      </w:pPr>
      <w:r w:rsidRPr="00C671DB">
        <w:rPr>
          <w:szCs w:val="24"/>
        </w:rPr>
        <w:t>Give participating students access to the current Statesman Award study guide before the conference.</w:t>
      </w:r>
    </w:p>
    <w:p w14:paraId="6EF96C12" w14:textId="77777777" w:rsidR="008D5BDF" w:rsidRPr="00C671DB" w:rsidRDefault="00000000">
      <w:pPr>
        <w:pStyle w:val="ListBullet"/>
        <w:spacing w:after="60" w:line="247" w:lineRule="auto"/>
        <w:rPr>
          <w:sz w:val="22"/>
          <w:szCs w:val="24"/>
        </w:rPr>
      </w:pPr>
      <w:r w:rsidRPr="00C671DB">
        <w:rPr>
          <w:szCs w:val="24"/>
        </w:rPr>
        <w:t>Encourage students to begin studying as soon as they receive the conference packet.</w:t>
      </w:r>
    </w:p>
    <w:p w14:paraId="71B3E992" w14:textId="77777777" w:rsidR="008D5BDF" w:rsidRPr="00C671DB" w:rsidRDefault="00000000">
      <w:pPr>
        <w:pStyle w:val="ListBullet"/>
        <w:spacing w:after="60" w:line="247" w:lineRule="auto"/>
        <w:rPr>
          <w:sz w:val="22"/>
          <w:szCs w:val="24"/>
        </w:rPr>
      </w:pPr>
      <w:r w:rsidRPr="00C671DB">
        <w:rPr>
          <w:szCs w:val="24"/>
        </w:rPr>
        <w:t>Participate alongside students when possible and model the value of professional growth.</w:t>
      </w:r>
    </w:p>
    <w:p w14:paraId="1E1469C5" w14:textId="77777777" w:rsidR="008D5BDF" w:rsidRPr="00C671DB" w:rsidRDefault="00000000">
      <w:pPr>
        <w:pStyle w:val="ListBullet"/>
        <w:spacing w:after="60" w:line="247" w:lineRule="auto"/>
        <w:rPr>
          <w:sz w:val="22"/>
          <w:szCs w:val="24"/>
        </w:rPr>
      </w:pPr>
      <w:r w:rsidRPr="00C671DB">
        <w:rPr>
          <w:szCs w:val="24"/>
        </w:rPr>
        <w:t>Confirm that completed official check-off sheets are submitted by the deadline.</w:t>
      </w:r>
    </w:p>
    <w:p w14:paraId="102A7B6B" w14:textId="77777777" w:rsidR="008D5BDF" w:rsidRPr="00C671DB" w:rsidRDefault="00000000">
      <w:pPr>
        <w:pStyle w:val="Heading1"/>
        <w:spacing w:before="200" w:after="80"/>
        <w:rPr>
          <w:sz w:val="32"/>
          <w:szCs w:val="32"/>
        </w:rPr>
      </w:pPr>
      <w:r w:rsidRPr="00C671DB">
        <w:rPr>
          <w:rFonts w:ascii="Aptos" w:hAnsi="Aptos"/>
          <w:szCs w:val="32"/>
        </w:rPr>
        <w:t>Study Materials</w:t>
      </w:r>
    </w:p>
    <w:p w14:paraId="48CD6AF9" w14:textId="77777777" w:rsidR="008D5BDF" w:rsidRPr="00C671DB" w:rsidRDefault="00000000">
      <w:pPr>
        <w:spacing w:after="120" w:line="259" w:lineRule="auto"/>
        <w:rPr>
          <w:sz w:val="22"/>
          <w:szCs w:val="24"/>
        </w:rPr>
      </w:pPr>
      <w:r w:rsidRPr="00C671DB">
        <w:rPr>
          <w:sz w:val="22"/>
          <w:szCs w:val="24"/>
        </w:rPr>
        <w:t>The current study guide and supporting materials should be downloaded from the SkillsUSA Louisiana website before the conference:</w:t>
      </w:r>
    </w:p>
    <w:p w14:paraId="0B8DA7A7" w14:textId="77777777" w:rsidR="008D5BDF" w:rsidRPr="00C671DB" w:rsidRDefault="00000000">
      <w:pPr>
        <w:rPr>
          <w:sz w:val="22"/>
          <w:szCs w:val="24"/>
        </w:rPr>
      </w:pPr>
      <w:hyperlink r:id="rId15">
        <w:r w:rsidRPr="00C671DB">
          <w:rPr>
            <w:color w:val="005B8E"/>
            <w:sz w:val="22"/>
            <w:szCs w:val="24"/>
            <w:u w:val="single"/>
          </w:rPr>
          <w:t>https://skillsusala.org</w:t>
        </w:r>
      </w:hyperlink>
    </w:p>
    <w:p w14:paraId="5465794C" w14:textId="77777777" w:rsidR="008D5BDF" w:rsidRPr="00C671DB" w:rsidRDefault="00000000">
      <w:pPr>
        <w:rPr>
          <w:sz w:val="22"/>
          <w:szCs w:val="24"/>
        </w:rPr>
      </w:pPr>
      <w:r w:rsidRPr="00C671DB">
        <w:rPr>
          <w:sz w:val="22"/>
          <w:szCs w:val="24"/>
        </w:rPr>
        <w:br w:type="page"/>
      </w:r>
    </w:p>
    <w:p w14:paraId="53EB4B53" w14:textId="77777777" w:rsidR="008D5BDF" w:rsidRPr="00C671DB" w:rsidRDefault="00000000">
      <w:pPr>
        <w:pStyle w:val="Title"/>
        <w:spacing w:after="80"/>
        <w:jc w:val="center"/>
        <w:rPr>
          <w:sz w:val="56"/>
          <w:szCs w:val="56"/>
        </w:rPr>
      </w:pPr>
      <w:r w:rsidRPr="00C671DB">
        <w:rPr>
          <w:rFonts w:ascii="Aptos" w:hAnsi="Aptos"/>
          <w:b/>
          <w:sz w:val="40"/>
          <w:szCs w:val="56"/>
        </w:rPr>
        <w:lastRenderedPageBreak/>
        <w:t>Hotel Reservations and Tax Guidance</w:t>
      </w:r>
    </w:p>
    <w:p w14:paraId="04B58C84" w14:textId="77777777" w:rsidR="008D5BDF" w:rsidRPr="00C671DB" w:rsidRDefault="00000000">
      <w:pPr>
        <w:pStyle w:val="Heading1"/>
        <w:spacing w:before="200" w:after="80"/>
        <w:rPr>
          <w:sz w:val="32"/>
          <w:szCs w:val="32"/>
        </w:rPr>
      </w:pPr>
      <w:r w:rsidRPr="00C671DB">
        <w:rPr>
          <w:rFonts w:ascii="Aptos" w:hAnsi="Aptos"/>
          <w:szCs w:val="32"/>
        </w:rPr>
        <w:t>Hilton Baton Rouge Capitol Center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6984"/>
      </w:tblGrid>
      <w:tr w:rsidR="008D5BDF" w:rsidRPr="00C671DB" w14:paraId="2D1C1218" w14:textId="77777777">
        <w:trPr>
          <w:cantSplit/>
          <w:jc w:val="center"/>
        </w:trPr>
        <w:tc>
          <w:tcPr>
            <w:tcW w:w="3096" w:type="dxa"/>
            <w:tcMar>
              <w:top w:w="70" w:type="dxa"/>
              <w:left w:w="120" w:type="dxa"/>
              <w:bottom w:w="70" w:type="dxa"/>
              <w:right w:w="120" w:type="dxa"/>
            </w:tcMar>
            <w:vAlign w:val="center"/>
          </w:tcPr>
          <w:p w14:paraId="43DC63DE" w14:textId="77777777" w:rsidR="008D5BDF" w:rsidRPr="00C671DB" w:rsidRDefault="00000000">
            <w:pPr>
              <w:spacing w:after="0"/>
              <w:rPr>
                <w:sz w:val="22"/>
                <w:szCs w:val="24"/>
              </w:rPr>
            </w:pPr>
            <w:r w:rsidRPr="00C671DB">
              <w:rPr>
                <w:b/>
                <w:szCs w:val="24"/>
              </w:rPr>
              <w:t>Address</w:t>
            </w:r>
          </w:p>
        </w:tc>
        <w:tc>
          <w:tcPr>
            <w:tcW w:w="6984" w:type="dxa"/>
            <w:tcMar>
              <w:top w:w="70" w:type="dxa"/>
              <w:left w:w="120" w:type="dxa"/>
              <w:bottom w:w="70" w:type="dxa"/>
              <w:right w:w="120" w:type="dxa"/>
            </w:tcMar>
            <w:vAlign w:val="center"/>
          </w:tcPr>
          <w:p w14:paraId="78F01329" w14:textId="77777777" w:rsidR="008D5BDF" w:rsidRPr="00C671DB" w:rsidRDefault="00000000">
            <w:pPr>
              <w:spacing w:after="0"/>
              <w:rPr>
                <w:sz w:val="22"/>
                <w:szCs w:val="24"/>
              </w:rPr>
            </w:pPr>
            <w:r w:rsidRPr="00C671DB">
              <w:rPr>
                <w:szCs w:val="24"/>
              </w:rPr>
              <w:t>201 Lafayette Street, Baton Rouge, LA 70801</w:t>
            </w:r>
          </w:p>
        </w:tc>
      </w:tr>
      <w:tr w:rsidR="008D5BDF" w:rsidRPr="00C671DB" w14:paraId="3BE77A33" w14:textId="77777777">
        <w:trPr>
          <w:cantSplit/>
          <w:jc w:val="center"/>
        </w:trPr>
        <w:tc>
          <w:tcPr>
            <w:tcW w:w="3096" w:type="dxa"/>
            <w:shd w:val="clear" w:color="auto" w:fill="F5F7F9"/>
            <w:tcMar>
              <w:top w:w="70" w:type="dxa"/>
              <w:left w:w="120" w:type="dxa"/>
              <w:bottom w:w="70" w:type="dxa"/>
              <w:right w:w="120" w:type="dxa"/>
            </w:tcMar>
            <w:vAlign w:val="center"/>
          </w:tcPr>
          <w:p w14:paraId="28EEE27C" w14:textId="77777777" w:rsidR="008D5BDF" w:rsidRPr="00C671DB" w:rsidRDefault="00000000">
            <w:pPr>
              <w:spacing w:after="0"/>
              <w:rPr>
                <w:sz w:val="22"/>
                <w:szCs w:val="24"/>
              </w:rPr>
            </w:pPr>
            <w:r w:rsidRPr="00C671DB">
              <w:rPr>
                <w:b/>
                <w:szCs w:val="24"/>
              </w:rPr>
              <w:t>Group rate</w:t>
            </w:r>
          </w:p>
        </w:tc>
        <w:tc>
          <w:tcPr>
            <w:tcW w:w="6984" w:type="dxa"/>
            <w:shd w:val="clear" w:color="auto" w:fill="F5F7F9"/>
            <w:tcMar>
              <w:top w:w="70" w:type="dxa"/>
              <w:left w:w="120" w:type="dxa"/>
              <w:bottom w:w="70" w:type="dxa"/>
              <w:right w:w="120" w:type="dxa"/>
            </w:tcMar>
            <w:vAlign w:val="center"/>
          </w:tcPr>
          <w:p w14:paraId="6F7378A0" w14:textId="77777777" w:rsidR="008D5BDF" w:rsidRPr="00C671DB" w:rsidRDefault="00000000">
            <w:pPr>
              <w:spacing w:after="0"/>
              <w:rPr>
                <w:sz w:val="22"/>
                <w:szCs w:val="24"/>
              </w:rPr>
            </w:pPr>
            <w:r w:rsidRPr="00C671DB">
              <w:rPr>
                <w:szCs w:val="24"/>
              </w:rPr>
              <w:t>$139 per room, per night, plus applicable taxes and fees</w:t>
            </w:r>
          </w:p>
        </w:tc>
      </w:tr>
      <w:tr w:rsidR="008D5BDF" w:rsidRPr="00C671DB" w14:paraId="3F8A3FD7" w14:textId="77777777">
        <w:trPr>
          <w:cantSplit/>
          <w:jc w:val="center"/>
        </w:trPr>
        <w:tc>
          <w:tcPr>
            <w:tcW w:w="3096" w:type="dxa"/>
            <w:tcMar>
              <w:top w:w="70" w:type="dxa"/>
              <w:left w:w="120" w:type="dxa"/>
              <w:bottom w:w="70" w:type="dxa"/>
              <w:right w:w="120" w:type="dxa"/>
            </w:tcMar>
            <w:vAlign w:val="center"/>
          </w:tcPr>
          <w:p w14:paraId="3A47DBE8" w14:textId="77777777" w:rsidR="008D5BDF" w:rsidRPr="00C671DB" w:rsidRDefault="00000000">
            <w:pPr>
              <w:spacing w:after="0"/>
              <w:rPr>
                <w:sz w:val="22"/>
                <w:szCs w:val="24"/>
              </w:rPr>
            </w:pPr>
            <w:r w:rsidRPr="00C671DB">
              <w:rPr>
                <w:b/>
                <w:szCs w:val="24"/>
              </w:rPr>
              <w:t>Reservation deadline</w:t>
            </w:r>
          </w:p>
        </w:tc>
        <w:tc>
          <w:tcPr>
            <w:tcW w:w="6984" w:type="dxa"/>
            <w:tcMar>
              <w:top w:w="70" w:type="dxa"/>
              <w:left w:w="120" w:type="dxa"/>
              <w:bottom w:w="70" w:type="dxa"/>
              <w:right w:w="120" w:type="dxa"/>
            </w:tcMar>
            <w:vAlign w:val="center"/>
          </w:tcPr>
          <w:p w14:paraId="71CC23E7" w14:textId="77777777" w:rsidR="008D5BDF" w:rsidRPr="00C671DB" w:rsidRDefault="00000000">
            <w:pPr>
              <w:spacing w:after="0"/>
              <w:rPr>
                <w:sz w:val="22"/>
                <w:szCs w:val="24"/>
              </w:rPr>
            </w:pPr>
            <w:r w:rsidRPr="00C671DB">
              <w:rPr>
                <w:szCs w:val="24"/>
              </w:rPr>
              <w:t>November 3, 2026</w:t>
            </w:r>
          </w:p>
        </w:tc>
      </w:tr>
      <w:tr w:rsidR="008D5BDF" w:rsidRPr="00C671DB" w14:paraId="088B8D84" w14:textId="77777777">
        <w:trPr>
          <w:cantSplit/>
          <w:jc w:val="center"/>
        </w:trPr>
        <w:tc>
          <w:tcPr>
            <w:tcW w:w="3096" w:type="dxa"/>
            <w:shd w:val="clear" w:color="auto" w:fill="F5F7F9"/>
            <w:tcMar>
              <w:top w:w="70" w:type="dxa"/>
              <w:left w:w="120" w:type="dxa"/>
              <w:bottom w:w="70" w:type="dxa"/>
              <w:right w:w="120" w:type="dxa"/>
            </w:tcMar>
            <w:vAlign w:val="center"/>
          </w:tcPr>
          <w:p w14:paraId="35BFFCBD" w14:textId="77777777" w:rsidR="008D5BDF" w:rsidRPr="00C671DB" w:rsidRDefault="00000000">
            <w:pPr>
              <w:spacing w:after="0"/>
              <w:rPr>
                <w:sz w:val="22"/>
                <w:szCs w:val="24"/>
              </w:rPr>
            </w:pPr>
            <w:r w:rsidRPr="00C671DB">
              <w:rPr>
                <w:b/>
                <w:szCs w:val="24"/>
              </w:rPr>
              <w:t>Check-in</w:t>
            </w:r>
          </w:p>
        </w:tc>
        <w:tc>
          <w:tcPr>
            <w:tcW w:w="6984" w:type="dxa"/>
            <w:shd w:val="clear" w:color="auto" w:fill="F5F7F9"/>
            <w:tcMar>
              <w:top w:w="70" w:type="dxa"/>
              <w:left w:w="120" w:type="dxa"/>
              <w:bottom w:w="70" w:type="dxa"/>
              <w:right w:w="120" w:type="dxa"/>
            </w:tcMar>
            <w:vAlign w:val="center"/>
          </w:tcPr>
          <w:p w14:paraId="214FAC23" w14:textId="77777777" w:rsidR="008D5BDF" w:rsidRPr="00C671DB" w:rsidRDefault="00000000">
            <w:pPr>
              <w:spacing w:after="0"/>
              <w:rPr>
                <w:sz w:val="22"/>
                <w:szCs w:val="24"/>
              </w:rPr>
            </w:pPr>
            <w:r w:rsidRPr="00C671DB">
              <w:rPr>
                <w:szCs w:val="24"/>
              </w:rPr>
              <w:t>4:00 p.m.</w:t>
            </w:r>
          </w:p>
        </w:tc>
      </w:tr>
      <w:tr w:rsidR="008D5BDF" w:rsidRPr="00C671DB" w14:paraId="6FFA9F63" w14:textId="77777777">
        <w:trPr>
          <w:cantSplit/>
          <w:jc w:val="center"/>
        </w:trPr>
        <w:tc>
          <w:tcPr>
            <w:tcW w:w="3096" w:type="dxa"/>
            <w:tcMar>
              <w:top w:w="70" w:type="dxa"/>
              <w:left w:w="120" w:type="dxa"/>
              <w:bottom w:w="70" w:type="dxa"/>
              <w:right w:w="120" w:type="dxa"/>
            </w:tcMar>
            <w:vAlign w:val="center"/>
          </w:tcPr>
          <w:p w14:paraId="6CC0A969" w14:textId="77777777" w:rsidR="008D5BDF" w:rsidRPr="00C671DB" w:rsidRDefault="00000000">
            <w:pPr>
              <w:spacing w:after="0"/>
              <w:rPr>
                <w:sz w:val="22"/>
                <w:szCs w:val="24"/>
              </w:rPr>
            </w:pPr>
            <w:r w:rsidRPr="00C671DB">
              <w:rPr>
                <w:b/>
                <w:szCs w:val="24"/>
              </w:rPr>
              <w:t>Checkout</w:t>
            </w:r>
          </w:p>
        </w:tc>
        <w:tc>
          <w:tcPr>
            <w:tcW w:w="6984" w:type="dxa"/>
            <w:tcMar>
              <w:top w:w="70" w:type="dxa"/>
              <w:left w:w="120" w:type="dxa"/>
              <w:bottom w:w="70" w:type="dxa"/>
              <w:right w:w="120" w:type="dxa"/>
            </w:tcMar>
            <w:vAlign w:val="center"/>
          </w:tcPr>
          <w:p w14:paraId="363024A5" w14:textId="77777777" w:rsidR="008D5BDF" w:rsidRPr="00C671DB" w:rsidRDefault="00000000">
            <w:pPr>
              <w:spacing w:after="0"/>
              <w:rPr>
                <w:sz w:val="22"/>
                <w:szCs w:val="24"/>
              </w:rPr>
            </w:pPr>
            <w:r w:rsidRPr="00C671DB">
              <w:rPr>
                <w:szCs w:val="24"/>
              </w:rPr>
              <w:t>12:00 noon</w:t>
            </w:r>
          </w:p>
        </w:tc>
      </w:tr>
      <w:tr w:rsidR="008D5BDF" w:rsidRPr="00C671DB" w14:paraId="11A16B9E" w14:textId="77777777">
        <w:trPr>
          <w:cantSplit/>
          <w:jc w:val="center"/>
        </w:trPr>
        <w:tc>
          <w:tcPr>
            <w:tcW w:w="3096" w:type="dxa"/>
            <w:shd w:val="clear" w:color="auto" w:fill="F5F7F9"/>
            <w:tcMar>
              <w:top w:w="70" w:type="dxa"/>
              <w:left w:w="120" w:type="dxa"/>
              <w:bottom w:w="70" w:type="dxa"/>
              <w:right w:w="120" w:type="dxa"/>
            </w:tcMar>
            <w:vAlign w:val="center"/>
          </w:tcPr>
          <w:p w14:paraId="7CC183CF" w14:textId="77777777" w:rsidR="008D5BDF" w:rsidRPr="00C671DB" w:rsidRDefault="00000000">
            <w:pPr>
              <w:spacing w:after="0"/>
              <w:rPr>
                <w:sz w:val="22"/>
                <w:szCs w:val="24"/>
              </w:rPr>
            </w:pPr>
            <w:r w:rsidRPr="00C671DB">
              <w:rPr>
                <w:b/>
                <w:szCs w:val="24"/>
              </w:rPr>
              <w:t>Reservation phone</w:t>
            </w:r>
          </w:p>
        </w:tc>
        <w:tc>
          <w:tcPr>
            <w:tcW w:w="6984" w:type="dxa"/>
            <w:shd w:val="clear" w:color="auto" w:fill="F5F7F9"/>
            <w:tcMar>
              <w:top w:w="70" w:type="dxa"/>
              <w:left w:w="120" w:type="dxa"/>
              <w:bottom w:w="70" w:type="dxa"/>
              <w:right w:w="120" w:type="dxa"/>
            </w:tcMar>
            <w:vAlign w:val="center"/>
          </w:tcPr>
          <w:p w14:paraId="26EA9D4D" w14:textId="77777777" w:rsidR="008D5BDF" w:rsidRPr="00C671DB" w:rsidRDefault="00000000">
            <w:pPr>
              <w:spacing w:after="0"/>
              <w:rPr>
                <w:sz w:val="22"/>
                <w:szCs w:val="24"/>
              </w:rPr>
            </w:pPr>
            <w:r w:rsidRPr="00C671DB">
              <w:rPr>
                <w:szCs w:val="24"/>
              </w:rPr>
              <w:t>1-800-955-6962</w:t>
            </w:r>
          </w:p>
        </w:tc>
      </w:tr>
      <w:tr w:rsidR="008D5BDF" w:rsidRPr="00C671DB" w14:paraId="0601D87F" w14:textId="77777777">
        <w:trPr>
          <w:cantSplit/>
          <w:jc w:val="center"/>
        </w:trPr>
        <w:tc>
          <w:tcPr>
            <w:tcW w:w="3096" w:type="dxa"/>
            <w:tcMar>
              <w:top w:w="70" w:type="dxa"/>
              <w:left w:w="120" w:type="dxa"/>
              <w:bottom w:w="70" w:type="dxa"/>
              <w:right w:w="120" w:type="dxa"/>
            </w:tcMar>
            <w:vAlign w:val="center"/>
          </w:tcPr>
          <w:p w14:paraId="78AA3B4D" w14:textId="77777777" w:rsidR="008D5BDF" w:rsidRPr="00C671DB" w:rsidRDefault="00000000">
            <w:pPr>
              <w:spacing w:after="0"/>
              <w:rPr>
                <w:sz w:val="22"/>
                <w:szCs w:val="24"/>
              </w:rPr>
            </w:pPr>
            <w:r w:rsidRPr="00C671DB">
              <w:rPr>
                <w:b/>
                <w:szCs w:val="24"/>
              </w:rPr>
              <w:t>Group name</w:t>
            </w:r>
          </w:p>
        </w:tc>
        <w:tc>
          <w:tcPr>
            <w:tcW w:w="6984" w:type="dxa"/>
            <w:tcMar>
              <w:top w:w="70" w:type="dxa"/>
              <w:left w:w="120" w:type="dxa"/>
              <w:bottom w:w="70" w:type="dxa"/>
              <w:right w:w="120" w:type="dxa"/>
            </w:tcMar>
            <w:vAlign w:val="center"/>
          </w:tcPr>
          <w:p w14:paraId="35B1EDF0" w14:textId="77777777" w:rsidR="008D5BDF" w:rsidRPr="00C671DB" w:rsidRDefault="00000000">
            <w:pPr>
              <w:spacing w:after="0"/>
              <w:rPr>
                <w:sz w:val="22"/>
                <w:szCs w:val="24"/>
              </w:rPr>
            </w:pPr>
            <w:r w:rsidRPr="00C671DB">
              <w:rPr>
                <w:szCs w:val="24"/>
              </w:rPr>
              <w:t>SkillsUSA LA Fall Leadership</w:t>
            </w:r>
          </w:p>
        </w:tc>
      </w:tr>
    </w:tbl>
    <w:p w14:paraId="0FDB3E7B" w14:textId="77777777" w:rsidR="008D5BDF" w:rsidRPr="00C671DB" w:rsidRDefault="00000000">
      <w:pPr>
        <w:pStyle w:val="Heading1"/>
        <w:spacing w:before="200" w:after="80"/>
        <w:rPr>
          <w:sz w:val="32"/>
          <w:szCs w:val="32"/>
        </w:rPr>
      </w:pPr>
      <w:r w:rsidRPr="00C671DB">
        <w:rPr>
          <w:rFonts w:ascii="Aptos" w:hAnsi="Aptos"/>
          <w:szCs w:val="32"/>
        </w:rPr>
        <w:t>Online Hotel Reservation Link</w:t>
      </w:r>
    </w:p>
    <w:p w14:paraId="68F8ACF4" w14:textId="73A4D92D" w:rsidR="008D5BDF" w:rsidRPr="00C671DB" w:rsidRDefault="00526AAA">
      <w:pPr>
        <w:spacing w:after="160"/>
        <w:rPr>
          <w:sz w:val="22"/>
          <w:szCs w:val="24"/>
        </w:rPr>
      </w:pPr>
      <w:r w:rsidRPr="00C671DB">
        <w:rPr>
          <w:b/>
          <w:color w:val="EF3340"/>
          <w:sz w:val="22"/>
          <w:szCs w:val="24"/>
        </w:rPr>
        <w:t xml:space="preserve">To be Provided </w:t>
      </w:r>
      <w:proofErr w:type="gramStart"/>
      <w:r w:rsidRPr="00C671DB">
        <w:rPr>
          <w:b/>
          <w:color w:val="EF3340"/>
          <w:sz w:val="22"/>
          <w:szCs w:val="24"/>
        </w:rPr>
        <w:t>at a later date</w:t>
      </w:r>
      <w:proofErr w:type="gramEnd"/>
      <w:r w:rsidRPr="00C671DB">
        <w:rPr>
          <w:b/>
          <w:color w:val="EF3340"/>
          <w:sz w:val="22"/>
          <w:szCs w:val="24"/>
        </w:rPr>
        <w:t xml:space="preserve">. </w:t>
      </w:r>
    </w:p>
    <w:p w14:paraId="270FF64B" w14:textId="77777777" w:rsidR="008D5BDF" w:rsidRPr="00C671DB" w:rsidRDefault="00000000">
      <w:pPr>
        <w:spacing w:after="120" w:line="259" w:lineRule="auto"/>
        <w:rPr>
          <w:sz w:val="22"/>
          <w:szCs w:val="24"/>
        </w:rPr>
      </w:pPr>
      <w:r w:rsidRPr="00C671DB">
        <w:rPr>
          <w:sz w:val="22"/>
          <w:szCs w:val="24"/>
        </w:rPr>
        <w:t>Each school is responsible for making and confirming its own hotel reservations. Schools should retain a rooming list for their records and follow district lodging and supervision policies.</w:t>
      </w:r>
    </w:p>
    <w:p w14:paraId="2A685312" w14:textId="77777777" w:rsidR="008D5BDF" w:rsidRPr="00C671DB" w:rsidRDefault="00000000">
      <w:pPr>
        <w:pStyle w:val="Heading1"/>
        <w:spacing w:before="200" w:after="80"/>
        <w:rPr>
          <w:sz w:val="32"/>
          <w:szCs w:val="32"/>
        </w:rPr>
      </w:pPr>
      <w:r w:rsidRPr="00C671DB">
        <w:rPr>
          <w:rFonts w:ascii="Aptos" w:hAnsi="Aptos"/>
          <w:szCs w:val="32"/>
        </w:rPr>
        <w:t>Louisiana Government Travel Tax Exemption</w:t>
      </w:r>
    </w:p>
    <w:p w14:paraId="7F479960" w14:textId="77777777" w:rsidR="008D5BDF" w:rsidRPr="00C671DB" w:rsidRDefault="00000000">
      <w:pPr>
        <w:spacing w:after="120" w:line="259" w:lineRule="auto"/>
        <w:rPr>
          <w:sz w:val="22"/>
          <w:szCs w:val="24"/>
        </w:rPr>
      </w:pPr>
      <w:r w:rsidRPr="00C671DB">
        <w:rPr>
          <w:sz w:val="22"/>
          <w:szCs w:val="24"/>
        </w:rPr>
        <w:t>Louisiana Form R-1376 is intended only for eligible employees of the United States government, the State of Louisiana, and Louisiana political subdivisions whose authorized travel expenses meet the form requirements. It does not automatically apply to every student or every hotel room in a school group.</w:t>
      </w:r>
    </w:p>
    <w:p w14:paraId="78D3EEC8" w14:textId="77777777" w:rsidR="008D5BDF" w:rsidRPr="00C671DB" w:rsidRDefault="00000000">
      <w:pPr>
        <w:spacing w:after="120" w:line="259" w:lineRule="auto"/>
        <w:rPr>
          <w:sz w:val="22"/>
          <w:szCs w:val="24"/>
        </w:rPr>
      </w:pPr>
      <w:r w:rsidRPr="00C671DB">
        <w:rPr>
          <w:sz w:val="22"/>
          <w:szCs w:val="24"/>
        </w:rPr>
        <w:t>Eligible advisors or governmental employees should use the current R-1376 form and provide any supporting documentation required by their employer or the hotel. Confirm eligibility and billing arrangements with the school system and hotel before arrival.</w:t>
      </w:r>
    </w:p>
    <w:p w14:paraId="757C790C" w14:textId="77777777" w:rsidR="008D5BDF" w:rsidRPr="00C671DB" w:rsidRDefault="00000000">
      <w:pPr>
        <w:spacing w:after="160"/>
        <w:rPr>
          <w:sz w:val="22"/>
          <w:szCs w:val="24"/>
        </w:rPr>
      </w:pPr>
      <w:hyperlink r:id="rId16">
        <w:r w:rsidRPr="00C671DB">
          <w:rPr>
            <w:color w:val="005B8E"/>
            <w:sz w:val="22"/>
            <w:szCs w:val="24"/>
            <w:u w:val="single"/>
          </w:rPr>
          <w:t>Current Louisiana R-1376 form and instructions</w:t>
        </w:r>
      </w:hyperlink>
    </w:p>
    <w:sectPr w:rsidR="008D5BDF" w:rsidRPr="00C671DB" w:rsidSect="00034616">
      <w:headerReference w:type="default" r:id="rId17"/>
      <w:footerReference w:type="default" r:id="rId18"/>
      <w:pgSz w:w="12240" w:h="15840"/>
      <w:pgMar w:top="1123" w:right="1080" w:bottom="792" w:left="1080" w:header="259"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C36C3" w14:textId="77777777" w:rsidR="0082101F" w:rsidRDefault="0082101F">
      <w:pPr>
        <w:spacing w:after="0" w:line="240" w:lineRule="auto"/>
      </w:pPr>
      <w:r>
        <w:separator/>
      </w:r>
    </w:p>
  </w:endnote>
  <w:endnote w:type="continuationSeparator" w:id="0">
    <w:p w14:paraId="0049929E" w14:textId="77777777" w:rsidR="0082101F" w:rsidRDefault="00821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7D231" w14:textId="77777777" w:rsidR="008D5BDF" w:rsidRDefault="008D5BDF">
    <w:pPr>
      <w:pStyle w:val="Footer"/>
    </w:pPr>
  </w:p>
  <w:tbl>
    <w:tblPr>
      <w:tblW w:w="0" w:type="auto"/>
      <w:tblBorders>
        <w:top w:val="nil"/>
        <w:left w:val="nil"/>
        <w:bottom w:val="nil"/>
        <w:right w:val="nil"/>
        <w:insideH w:val="nil"/>
        <w:insideV w:val="nil"/>
      </w:tblBorders>
      <w:tblLook w:val="04A0" w:firstRow="1" w:lastRow="0" w:firstColumn="1" w:lastColumn="0" w:noHBand="0" w:noVBand="1"/>
    </w:tblPr>
    <w:tblGrid>
      <w:gridCol w:w="5040"/>
      <w:gridCol w:w="5040"/>
    </w:tblGrid>
    <w:tr w:rsidR="008D5BDF" w14:paraId="6B07AED6" w14:textId="77777777">
      <w:tc>
        <w:tcPr>
          <w:tcW w:w="5040" w:type="dxa"/>
        </w:tcPr>
        <w:p w14:paraId="29D77606" w14:textId="77777777" w:rsidR="008D5BDF" w:rsidRDefault="00000000">
          <w:pPr>
            <w:spacing w:after="0"/>
          </w:pPr>
          <w:r>
            <w:rPr>
              <w:color w:val="555555"/>
              <w:sz w:val="15"/>
            </w:rPr>
            <w:t>2026 SkillsUSA Louisiana Fall Leadership Conference</w:t>
          </w:r>
        </w:p>
      </w:tc>
      <w:tc>
        <w:tcPr>
          <w:tcW w:w="5040" w:type="dxa"/>
        </w:tcPr>
        <w:p w14:paraId="49D77DF3" w14:textId="77777777" w:rsidR="008D5BDF" w:rsidRDefault="00000000">
          <w:pPr>
            <w:jc w:val="right"/>
          </w:pPr>
          <w:r>
            <w:rPr>
              <w:color w:val="555555"/>
              <w:sz w:val="18"/>
            </w:rPr>
            <w:t xml:space="preserve">Page </w:t>
          </w:r>
          <w:r>
            <w:rPr>
              <w:color w:val="555555"/>
              <w:sz w:val="18"/>
            </w:rPr>
            <w:fldChar w:fldCharType="begin"/>
          </w:r>
          <w:r>
            <w:rPr>
              <w:color w:val="555555"/>
              <w:sz w:val="18"/>
            </w:rPr>
            <w:instrText xml:space="preserve"> PAGE </w:instrText>
          </w:r>
          <w:r w:rsidR="00526AAA">
            <w:rPr>
              <w:color w:val="555555"/>
              <w:sz w:val="18"/>
            </w:rPr>
            <w:fldChar w:fldCharType="separate"/>
          </w:r>
          <w:r w:rsidR="00526AAA">
            <w:rPr>
              <w:noProof/>
              <w:color w:val="555555"/>
              <w:sz w:val="18"/>
            </w:rPr>
            <w:t>1</w:t>
          </w:r>
          <w:r>
            <w:rPr>
              <w:color w:val="555555"/>
              <w:sz w:val="18"/>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7992" w14:textId="77777777" w:rsidR="008D5BDF" w:rsidRDefault="008D5BD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E0D88" w14:textId="77777777" w:rsidR="008D5BDF" w:rsidRDefault="008D5BDF"/>
  <w:tbl>
    <w:tblPr>
      <w:tblW w:w="0" w:type="auto"/>
      <w:tblBorders>
        <w:top w:val="nil"/>
        <w:left w:val="nil"/>
        <w:bottom w:val="nil"/>
        <w:right w:val="nil"/>
        <w:insideH w:val="nil"/>
        <w:insideV w:val="nil"/>
      </w:tblBorders>
      <w:tblLook w:val="04A0" w:firstRow="1" w:lastRow="0" w:firstColumn="1" w:lastColumn="0" w:noHBand="0" w:noVBand="1"/>
    </w:tblPr>
    <w:tblGrid>
      <w:gridCol w:w="5040"/>
      <w:gridCol w:w="5040"/>
    </w:tblGrid>
    <w:tr w:rsidR="008D5BDF" w14:paraId="03BAC61F" w14:textId="77777777">
      <w:tc>
        <w:tcPr>
          <w:tcW w:w="5040" w:type="dxa"/>
        </w:tcPr>
        <w:p w14:paraId="309A107F" w14:textId="77777777" w:rsidR="008D5BDF" w:rsidRDefault="00000000">
          <w:pPr>
            <w:spacing w:after="0"/>
          </w:pPr>
          <w:r>
            <w:rPr>
              <w:color w:val="555555"/>
              <w:sz w:val="15"/>
            </w:rPr>
            <w:t>2026 SkillsUSA Louisiana Fall Leadership Conference</w:t>
          </w:r>
        </w:p>
      </w:tc>
      <w:tc>
        <w:tcPr>
          <w:tcW w:w="5040" w:type="dxa"/>
        </w:tcPr>
        <w:p w14:paraId="217795CE" w14:textId="21166338" w:rsidR="008D5BDF" w:rsidRDefault="00000000">
          <w:pPr>
            <w:jc w:val="right"/>
          </w:pPr>
          <w:r>
            <w:rPr>
              <w:color w:val="555555"/>
              <w:sz w:val="18"/>
            </w:rPr>
            <w:t xml:space="preserve">Page </w:t>
          </w:r>
          <w:r>
            <w:rPr>
              <w:color w:val="555555"/>
              <w:sz w:val="18"/>
            </w:rPr>
            <w:fldChar w:fldCharType="begin"/>
          </w:r>
          <w:r>
            <w:rPr>
              <w:color w:val="555555"/>
              <w:sz w:val="18"/>
            </w:rPr>
            <w:instrText xml:space="preserve"> PAGE </w:instrText>
          </w:r>
          <w:r w:rsidR="00526AAA">
            <w:rPr>
              <w:color w:val="555555"/>
              <w:sz w:val="18"/>
            </w:rPr>
            <w:fldChar w:fldCharType="separate"/>
          </w:r>
          <w:r w:rsidR="00526AAA">
            <w:rPr>
              <w:noProof/>
              <w:color w:val="555555"/>
              <w:sz w:val="18"/>
            </w:rPr>
            <w:t>7</w:t>
          </w:r>
          <w:r>
            <w:rPr>
              <w:color w:val="555555"/>
              <w:sz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4656D" w14:textId="77777777" w:rsidR="0082101F" w:rsidRDefault="0082101F">
      <w:pPr>
        <w:spacing w:after="0" w:line="240" w:lineRule="auto"/>
      </w:pPr>
      <w:r>
        <w:separator/>
      </w:r>
    </w:p>
  </w:footnote>
  <w:footnote w:type="continuationSeparator" w:id="0">
    <w:p w14:paraId="400EA646" w14:textId="77777777" w:rsidR="0082101F" w:rsidRDefault="008210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3FAE" w14:textId="77777777" w:rsidR="008D5BDF" w:rsidRDefault="008D5BDF">
    <w:pPr>
      <w:pStyle w:val="Header"/>
    </w:pPr>
  </w:p>
  <w:tbl>
    <w:tblPr>
      <w:tblW w:w="0" w:type="auto"/>
      <w:tblBorders>
        <w:top w:val="nil"/>
        <w:left w:val="nil"/>
        <w:bottom w:val="nil"/>
        <w:right w:val="nil"/>
        <w:insideH w:val="nil"/>
        <w:insideV w:val="nil"/>
      </w:tblBorders>
      <w:tblLook w:val="04A0" w:firstRow="1" w:lastRow="0" w:firstColumn="1" w:lastColumn="0" w:noHBand="0" w:noVBand="1"/>
    </w:tblPr>
    <w:tblGrid>
      <w:gridCol w:w="5040"/>
      <w:gridCol w:w="5040"/>
    </w:tblGrid>
    <w:tr w:rsidR="008D5BDF" w14:paraId="6A38A43B" w14:textId="77777777">
      <w:tc>
        <w:tcPr>
          <w:tcW w:w="5040" w:type="dxa"/>
          <w:vAlign w:val="center"/>
        </w:tcPr>
        <w:p w14:paraId="783ECEA0" w14:textId="77777777" w:rsidR="008D5BDF" w:rsidRDefault="00000000">
          <w:pPr>
            <w:spacing w:after="0"/>
          </w:pPr>
          <w:r>
            <w:rPr>
              <w:noProof/>
            </w:rPr>
            <w:drawing>
              <wp:inline distT="0" distB="0" distL="0" distR="0" wp14:anchorId="0BABDF0F" wp14:editId="5B990CA0">
                <wp:extent cx="1078992" cy="793544"/>
                <wp:effectExtent l="0" t="0" r="0" b="0"/>
                <wp:docPr id="1" name="Picture 1" descr="SkillsUSA Louisiana logo" title="SkillsUSA Louis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
                        <a:stretch>
                          <a:fillRect/>
                        </a:stretch>
                      </pic:blipFill>
                      <pic:spPr>
                        <a:xfrm>
                          <a:off x="0" y="0"/>
                          <a:ext cx="1078992" cy="793544"/>
                        </a:xfrm>
                        <a:prstGeom prst="rect">
                          <a:avLst/>
                        </a:prstGeom>
                      </pic:spPr>
                    </pic:pic>
                  </a:graphicData>
                </a:graphic>
              </wp:inline>
            </w:drawing>
          </w:r>
        </w:p>
      </w:tc>
      <w:tc>
        <w:tcPr>
          <w:tcW w:w="5040" w:type="dxa"/>
          <w:vAlign w:val="center"/>
        </w:tcPr>
        <w:p w14:paraId="1C89B6DB" w14:textId="77777777" w:rsidR="008D5BDF" w:rsidRDefault="00000000">
          <w:pPr>
            <w:spacing w:after="0"/>
            <w:jc w:val="right"/>
          </w:pPr>
          <w:r>
            <w:rPr>
              <w:b/>
              <w:color w:val="000000"/>
              <w:sz w:val="14"/>
            </w:rPr>
            <w:t>Jeremy Boudreaux, Executive Director</w:t>
          </w:r>
          <w:r>
            <w:rPr>
              <w:b/>
              <w:color w:val="000000"/>
              <w:sz w:val="14"/>
            </w:rPr>
            <w:br/>
            <w:t>SkillsUSA Louisiana, Inc.</w:t>
          </w:r>
          <w:r>
            <w:rPr>
              <w:b/>
              <w:color w:val="000000"/>
              <w:sz w:val="14"/>
            </w:rPr>
            <w:br/>
          </w:r>
          <w:r>
            <w:rPr>
              <w:color w:val="000000"/>
              <w:sz w:val="14"/>
            </w:rPr>
            <w:t>498 Enterprise Dr. | Houma, LA 70360</w:t>
          </w:r>
          <w:r>
            <w:rPr>
              <w:color w:val="000000"/>
              <w:sz w:val="14"/>
            </w:rPr>
            <w:br/>
            <w:t>Jeremy@skillsusala.org | (985) 257-7545</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022FD" w14:textId="77777777" w:rsidR="008D5BDF" w:rsidRDefault="008D5BD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F6B19" w14:textId="77777777" w:rsidR="008D5BDF" w:rsidRDefault="008D5BDF"/>
  <w:tbl>
    <w:tblPr>
      <w:tblW w:w="0" w:type="auto"/>
      <w:tblBorders>
        <w:top w:val="nil"/>
        <w:left w:val="nil"/>
        <w:bottom w:val="nil"/>
        <w:right w:val="nil"/>
        <w:insideH w:val="nil"/>
        <w:insideV w:val="nil"/>
      </w:tblBorders>
      <w:tblLook w:val="04A0" w:firstRow="1" w:lastRow="0" w:firstColumn="1" w:lastColumn="0" w:noHBand="0" w:noVBand="1"/>
    </w:tblPr>
    <w:tblGrid>
      <w:gridCol w:w="5040"/>
      <w:gridCol w:w="5040"/>
    </w:tblGrid>
    <w:tr w:rsidR="008D5BDF" w14:paraId="7840B82E" w14:textId="77777777">
      <w:tc>
        <w:tcPr>
          <w:tcW w:w="5040" w:type="dxa"/>
          <w:vAlign w:val="center"/>
        </w:tcPr>
        <w:p w14:paraId="63CC6F01" w14:textId="77777777" w:rsidR="008D5BDF" w:rsidRDefault="00000000">
          <w:pPr>
            <w:spacing w:after="0"/>
          </w:pPr>
          <w:r>
            <w:rPr>
              <w:noProof/>
            </w:rPr>
            <w:drawing>
              <wp:inline distT="0" distB="0" distL="0" distR="0" wp14:anchorId="19864F96" wp14:editId="50A7F1D3">
                <wp:extent cx="1078992" cy="793544"/>
                <wp:effectExtent l="0" t="0" r="0" b="0"/>
                <wp:docPr id="83570414" name="Picture 83570414" descr="SkillsUSA Louisiana logo" title="SkillsUSA Louis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
                        <a:stretch>
                          <a:fillRect/>
                        </a:stretch>
                      </pic:blipFill>
                      <pic:spPr>
                        <a:xfrm>
                          <a:off x="0" y="0"/>
                          <a:ext cx="1078992" cy="793544"/>
                        </a:xfrm>
                        <a:prstGeom prst="rect">
                          <a:avLst/>
                        </a:prstGeom>
                      </pic:spPr>
                    </pic:pic>
                  </a:graphicData>
                </a:graphic>
              </wp:inline>
            </w:drawing>
          </w:r>
        </w:p>
      </w:tc>
      <w:tc>
        <w:tcPr>
          <w:tcW w:w="5040" w:type="dxa"/>
          <w:vAlign w:val="center"/>
        </w:tcPr>
        <w:p w14:paraId="34CB59CC" w14:textId="77777777" w:rsidR="008D5BDF" w:rsidRDefault="00000000">
          <w:pPr>
            <w:spacing w:after="0"/>
            <w:jc w:val="right"/>
          </w:pPr>
          <w:r>
            <w:rPr>
              <w:b/>
              <w:color w:val="000000"/>
              <w:sz w:val="14"/>
            </w:rPr>
            <w:t>Jeremy Boudreaux, Executive Director</w:t>
          </w:r>
          <w:r>
            <w:rPr>
              <w:b/>
              <w:color w:val="000000"/>
              <w:sz w:val="14"/>
            </w:rPr>
            <w:br/>
            <w:t>SkillsUSA Louisiana, Inc.</w:t>
          </w:r>
          <w:r>
            <w:rPr>
              <w:b/>
              <w:color w:val="000000"/>
              <w:sz w:val="14"/>
            </w:rPr>
            <w:br/>
          </w:r>
          <w:r>
            <w:rPr>
              <w:color w:val="000000"/>
              <w:sz w:val="14"/>
            </w:rPr>
            <w:t>498 Enterprise Dr. | Houma, LA 70360</w:t>
          </w:r>
          <w:r>
            <w:rPr>
              <w:color w:val="000000"/>
              <w:sz w:val="14"/>
            </w:rPr>
            <w:br/>
            <w:t>Jeremy@skillsusala.org | (985) 257-7545</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7639742">
    <w:abstractNumId w:val="8"/>
  </w:num>
  <w:num w:numId="2" w16cid:durableId="1239945843">
    <w:abstractNumId w:val="6"/>
  </w:num>
  <w:num w:numId="3" w16cid:durableId="1373968370">
    <w:abstractNumId w:val="5"/>
  </w:num>
  <w:num w:numId="4" w16cid:durableId="764306659">
    <w:abstractNumId w:val="4"/>
  </w:num>
  <w:num w:numId="5" w16cid:durableId="1426682791">
    <w:abstractNumId w:val="7"/>
  </w:num>
  <w:num w:numId="6" w16cid:durableId="208803235">
    <w:abstractNumId w:val="3"/>
  </w:num>
  <w:num w:numId="7" w16cid:durableId="1788087198">
    <w:abstractNumId w:val="2"/>
  </w:num>
  <w:num w:numId="8" w16cid:durableId="327631911">
    <w:abstractNumId w:val="1"/>
  </w:num>
  <w:num w:numId="9" w16cid:durableId="1481727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5A3C"/>
    <w:rsid w:val="0029639D"/>
    <w:rsid w:val="00326F90"/>
    <w:rsid w:val="00526AAA"/>
    <w:rsid w:val="0082101F"/>
    <w:rsid w:val="008D5BDF"/>
    <w:rsid w:val="00AA1D8D"/>
    <w:rsid w:val="00B47730"/>
    <w:rsid w:val="00C671D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440B31"/>
  <w14:defaultImageDpi w14:val="300"/>
  <w15:docId w15:val="{3BDE67EE-1DD4-4BC9-901C-8DDBB5329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killsusa-register.org/" TargetMode="Externa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revenue.louisiana.gov/tax-forms/businesses/r-1376-tf-10-01-201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killsusala.org/"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killsusa-register.org/"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1505</Words>
  <Characters>9680</Characters>
  <Application>Microsoft Office Word</Application>
  <DocSecurity>0</DocSecurity>
  <Lines>242</Lines>
  <Paragraphs>215</Paragraphs>
  <ScaleCrop>false</ScaleCrop>
  <HeadingPairs>
    <vt:vector size="2" baseType="variant">
      <vt:variant>
        <vt:lpstr>Title</vt:lpstr>
      </vt:variant>
      <vt:variant>
        <vt:i4>1</vt:i4>
      </vt:variant>
    </vt:vector>
  </HeadingPairs>
  <TitlesOfParts>
    <vt:vector size="1" baseType="lpstr">
      <vt:lpstr>2026 SkillsUSA Louisiana Fall Leadership Conference Advisor Packet</vt:lpstr>
    </vt:vector>
  </TitlesOfParts>
  <Manager/>
  <Company/>
  <LinksUpToDate>false</LinksUpToDate>
  <CharactersWithSpaces>10970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SkillsUSA Louisiana Fall Leadership Conference Advisor Packet</dc:title>
  <dc:subject>Advisor registration, conference, hotel, medical release, and Statesman Award information</dc:subject>
  <dc:creator>SkillsUSA Louisiana</dc:creator>
  <cp:keywords>SkillsUSA Louisiana, Fall Leadership, advisor packet, 2026</cp:keywords>
  <dc:description>generated by python-docx</dc:description>
  <cp:lastModifiedBy>Jeremy Boudreaux</cp:lastModifiedBy>
  <cp:revision>2</cp:revision>
  <dcterms:created xsi:type="dcterms:W3CDTF">2013-12-23T23:15:00Z</dcterms:created>
  <dcterms:modified xsi:type="dcterms:W3CDTF">2026-09-28T04:28:00Z</dcterms:modified>
  <cp:category/>
</cp:coreProperties>
</file>